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Anantara Bophut Koh Samui launches spiritual journey experience to mark 25 years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Anantara Bophut Koh Samui Resort is marking Anantara’s 25th anniversary with a new guest experience that looks beyond the island’s beaches and into its Buddhist traditions. The Island Blessings Experience is designed as a slower, more reflective way to see Koh Samui, combining a stay at the beachfront resort with visits to some of the island’s best-known temples. According to the resort’s announcement, the package is available for a minimum two-night stay and includes daily breakfast.</w:t>
      </w:r>
      <w:r/>
    </w:p>
    <w:p>
      <w:r/>
      <w:r>
        <w:t>The journey begins at the property, where guests take part in lotus flower folding, a ritual inspired by a symbol of purity and spiritual awakening in Buddhism. The experience then moves to Wat Sawang Arom, also known as Wat Chaweng, where visitors receive a monk blessing and make merit at an active place of worship with strong links to the local community. The itinerary also includes Wat Sila Ngu, the Red Temple, whose terracotta architecture and Buddhist imagery stand out against Koh Samui’s tropical setting and the Gulf of Thailand.</w:t>
      </w:r>
      <w:r/>
    </w:p>
    <w:p>
      <w:r/>
      <w:r>
        <w:t>The final stop is Wat Samret, one of the island’s oldest temples, where guests offer their folded lotus flowers in a quieter, more contemplative setting. The resort says the programme is intended to give travellers a more meaningful connection with Koh Samui’s spiritual life, rather than a standard sightseeing stop. Round-trip transfers for the temple visits are included, alongside a guided cultural experience.</w:t>
      </w:r>
      <w:r/>
    </w:p>
    <w:p>
      <w:r/>
      <w:r>
        <w:t>For travellers, the appeal is not only cultural but practical. Anantara Bophut Koh Samui sits on Bophut Beach within walking distance of Fisherman’s Village, and the resort describes itself as having 106 rooms, suites and beachfront pool suites, landscaped grounds, an award-winning garden spa and several dining options, including Guilty, Thin Tai and TĀN Beach Lounge. The new package adds a temple-focused alternative for guests who want a stay that combines beach time with a deeper look at the island’s heritage.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2">
        <w:r>
          <w:rPr>
            <w:color w:val="0000EE"/>
            <w:u w:val="single"/>
          </w:rPr>
          <w:t>[5]</w:t>
        </w:r>
      </w:hyperlink>
      <w:r>
        <w:t xml:space="preserve">, </w:t>
      </w:r>
      <w:hyperlink r:id="rId10">
        <w:r>
          <w:rPr>
            <w:color w:val="0000EE"/>
            <w:u w:val="single"/>
          </w:rPr>
          <w:t>[6]</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https://www.breakingtravelnews.com/news/article/anantara-bophut-koh-samui-celebrates-25-years-of-anantara/</w:t>
        </w:r>
      </w:hyperlink>
      <w:r>
        <w:t xml:space="preserve"> - Please view link - unable to able to access data</w:t>
      </w:r>
      <w:r/>
    </w:p>
    <w:p>
      <w:pPr>
        <w:pStyle w:val="ListNumber"/>
        <w:spacing w:line="240" w:lineRule="auto"/>
        <w:ind w:left="720"/>
      </w:pPr>
      <w:r/>
      <w:hyperlink r:id="rId10">
        <w:r>
          <w:rPr>
            <w:color w:val="0000EE"/>
            <w:u w:val="single"/>
          </w:rPr>
          <w:t>https://www.anantara.com/en/bophut-koh-samui/offers/island-blessings-25th-anniversary-experience</w:t>
        </w:r>
      </w:hyperlink>
      <w:r>
        <w:t xml:space="preserve"> - Anantara Bophut Koh Samui Resort offers the 'Island Blessings – 25th Anniversary Experience', a cultural journey into Koh Samui's spiritual heritage. The experience includes a lotus flower folding workshop at the resort, a monk blessing and sangkatan offering at Wat Sawang Arom, visits to Wat Sila Ngu and Wat Samret, a guided cultural experience, and round-trip transfers for temple visits. This package is available for a minimum two-night stay and includes daily breakfast. Reservations can be made by contacting the resort directly.</w:t>
      </w:r>
      <w:r/>
    </w:p>
    <w:p>
      <w:pPr>
        <w:pStyle w:val="ListNumber"/>
        <w:spacing w:line="240" w:lineRule="auto"/>
        <w:ind w:left="720"/>
      </w:pPr>
      <w:r/>
      <w:hyperlink r:id="rId14">
        <w:r>
          <w:rPr>
            <w:color w:val="0000EE"/>
            <w:u w:val="single"/>
          </w:rPr>
          <w:t>https://www.anantara.com/en/bophut-koh-samui/offers/island-blessings-25th-anniversary-offer</w:t>
        </w:r>
      </w:hyperlink>
      <w:r>
        <w:t xml:space="preserve"> - Anantara Bophut Koh Samui Resort celebrates its 25th anniversary with the 'Island Blessings – 25th Anniversary Offer', inviting guests to explore the island's spiritual heart. The offer includes a lotus flower folding workshop at the resort, a monk blessing and sangkatan offering at Wat Sawang Arom, visits to Wat Sila Ngu and Wat Samret, a guided cultural experience, and round-trip transfers for temple visits. A minimum two-night stay with daily breakfast is required. Reservations can be made through the resort's website or by contacting the reservations team.</w:t>
      </w:r>
      <w:r/>
    </w:p>
    <w:p>
      <w:pPr>
        <w:pStyle w:val="ListNumber"/>
        <w:spacing w:line="240" w:lineRule="auto"/>
        <w:ind w:left="720"/>
      </w:pPr>
      <w:r/>
      <w:hyperlink r:id="rId11">
        <w:r>
          <w:rPr>
            <w:color w:val="0000EE"/>
            <w:u w:val="single"/>
          </w:rPr>
          <w:t>https://media.minorhotels.com/en-GLO/269457-anantara-bophut-koh-samui-celebrates-25-years-of-anantara-with-a-journey-into-the-islands-spiritual-heart/</w:t>
        </w:r>
      </w:hyperlink>
      <w:r>
        <w:t xml:space="preserve"> - Anantara Bophut Koh Samui Resort celebrates 25 years of Anantara by inviting guests to discover a quieter, more meaningful side of the island with the Island Blessings Experience. This cultural journey includes lotus flower folding, a monk blessing at Wat Sawang Arom, and visits to Wat Sila Ngu and Wat Samret. The experience offers a deeper appreciation of Koh Samui's Buddhist heritage and spiritual traditions. The package includes a minimum two-night stay, daily breakfast, and the Island Blessings Experience. Reservations can be made via the resort's website or by contacting the reservations team.</w:t>
      </w:r>
      <w:r/>
    </w:p>
    <w:p>
      <w:pPr>
        <w:pStyle w:val="ListNumber"/>
        <w:spacing w:line="240" w:lineRule="auto"/>
        <w:ind w:left="720"/>
      </w:pPr>
      <w:r/>
      <w:hyperlink r:id="rId12">
        <w:r>
          <w:rPr>
            <w:color w:val="0000EE"/>
            <w:u w:val="single"/>
          </w:rPr>
          <w:t>https://www.anantara.com/en/bophut-koh-samui</w:t>
        </w:r>
      </w:hyperlink>
      <w:r>
        <w:t xml:space="preserve"> - Anantara Bophut Koh Samui Resort is a luxury beachfront resort featuring 106 elegant rooms, suites, and beachfront pool suites. The resort boasts spectacular landscaping with lily ponds on the pristine Bophut beach, which was once a coconut plantation. Guests can enjoy an award-winning garden spa with standalone treatment suites and transformative wellness programmes. Dining options include a signature South American restaurant, Guilty, local southern cuisine at Thin Tai, and easy bites by the infinity pool at TĀN Beach Lounge. The resort is within walking distance to Fisherman’s Village.</w:t>
      </w:r>
      <w:r/>
    </w:p>
    <w:p>
      <w:pPr>
        <w:pStyle w:val="ListNumber"/>
        <w:spacing w:line="240" w:lineRule="auto"/>
        <w:ind w:left="720"/>
      </w:pPr>
      <w:r/>
      <w:hyperlink r:id="rId10">
        <w:r>
          <w:rPr>
            <w:color w:val="0000EE"/>
            <w:u w:val="single"/>
          </w:rPr>
          <w:t>https://www.anantara.com/en/bophut-koh-samui/offers/island-blessings-25th-anniversary-experience</w:t>
        </w:r>
      </w:hyperlink>
      <w:r>
        <w:t xml:space="preserve"> - Anantara Bophut Koh Samui Resort offers the 'Island Blessings – 25th Anniversary Experience', a cultural journey into Koh Samui's spiritual heritage. The experience includes a lotus flower folding workshop at the resort, a monk blessing and sangkatan offering at Wat Sawang Arom, visits to Wat Sila Ngu and Wat Samret, a guided cultural experience, and round-trip transfers for temple visits. This package is available for a minimum two-night stay and includes daily breakfast. Reservations can be made by contacting the resort directly.</w:t>
      </w:r>
      <w:r/>
    </w:p>
    <w:p>
      <w:pPr>
        <w:pStyle w:val="ListNumber"/>
        <w:spacing w:line="240" w:lineRule="auto"/>
        <w:ind w:left="720"/>
      </w:pPr>
      <w:r/>
      <w:hyperlink r:id="rId14">
        <w:r>
          <w:rPr>
            <w:color w:val="0000EE"/>
            <w:u w:val="single"/>
          </w:rPr>
          <w:t>https://www.anantara.com/en/bophut-koh-samui/offers/island-blessings-25th-anniversary-offer</w:t>
        </w:r>
      </w:hyperlink>
      <w:r>
        <w:t xml:space="preserve"> - Anantara Bophut Koh Samui Resort celebrates its 25th anniversary with the 'Island Blessings – 25th Anniversary Offer', inviting guests to explore the island's spiritual heart. The offer includes a lotus flower folding workshop at the resort, a monk blessing and sangkatan offering at Wat Sawang Arom, visits to Wat Sila Ngu and Wat Samret, a guided cultural experience, and round-trip transfers for temple visits. A minimum two-night stay with daily breakfast is required. Reservations can be made through the resort's website or by contacting the reservations team.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anantara-bophut-koh-samui-celebrates-25-years-of-anantara/" TargetMode="External"/><Relationship Id="rId10" Type="http://schemas.openxmlformats.org/officeDocument/2006/relationships/hyperlink" Target="https://www.anantara.com/en/bophut-koh-samui/offers/island-blessings-25th-anniversary-experience" TargetMode="External"/><Relationship Id="rId11" Type="http://schemas.openxmlformats.org/officeDocument/2006/relationships/hyperlink" Target="https://media.minorhotels.com/en-GLO/269457-anantara-bophut-koh-samui-celebrates-25-years-of-anantara-with-a-journey-into-the-islands-spiritual-heart/" TargetMode="External"/><Relationship Id="rId12" Type="http://schemas.openxmlformats.org/officeDocument/2006/relationships/hyperlink" Target="https://www.anantara.com/en/bophut-koh-samui" TargetMode="External"/><Relationship Id="rId13" Type="http://schemas.openxmlformats.org/officeDocument/2006/relationships/hyperlink" Target="https://www.noahwire.com" TargetMode="External"/><Relationship Id="rId14" Type="http://schemas.openxmlformats.org/officeDocument/2006/relationships/hyperlink" Target="https://www.anantara.com/en/bophut-koh-samui/offers/island-blessings-25th-anniversary-off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