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Rosewood enhances plant-based dining in Thailand amid rising sustainability standards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Rosewood Hotels &amp; Resorts has begun widening its plant-based dining offer in Thailand through a new partnership with Lever Foundation, in a move that puts guest-facing sustainability at the centre of its Bangkok and Phuket properties.</w:t>
      </w:r>
      <w:r/>
    </w:p>
    <w:p>
      <w:r/>
      <w:r>
        <w:t>According to Green Queen, the collaboration is intended to sharpen menu development, responsible sourcing and staff training, with Lever Foundation advising the hotels on plant-based food systems, ingredient selection and the way dishes are presented to diners. For travellers, that should translate into more visible vegetarian and plant-based choices that feel considered rather than incidental.</w:t>
      </w:r>
      <w:r/>
    </w:p>
    <w:p>
      <w:r/>
      <w:r>
        <w:t>At Rosewood Bangkok, the signature restaurant Lakorn is already adding Thai-inspired plant-based dishes built around local ingredients. In Phuket, the resort is extending breakfast options at Red Sauce with a more health-focused plant-based approach. Rosewood Phuket has also already built out sustainability-led dining more broadly, including a partnership with Little Bukit Farm and a cooking class that introduces guests to herbs and vegetables grown at the resort.</w:t>
      </w:r>
      <w:r/>
    </w:p>
    <w:p>
      <w:r/>
      <w:r>
        <w:t>Luca de Negri, Rosewood’s director of culinary operations for south-east Asia, said the partnership builds on work already under way and that sustainability and high-end dining can reinforce each other. Lever Foundation said the two hotels were taking a “whole-of-business approach”, with training for culinary, marketing and operations teams designed to make plant-based dishes easier to prepare, easier to source and easier to explain to guests.</w:t>
      </w:r>
      <w:r/>
    </w:p>
    <w:p>
      <w:r/>
      <w:r>
        <w:t>The timing also fits a wider shift in hospitality. The Global Sustainable Tourism Council recently urged certified hotels to increase plant-based options, and its new food and beverage standard calls for 30% of menus to be predominantly plant-based. Other hotel groups, including Accor and IHG, have also made public commitments in this area, reflecting growing demand from travellers who want more climate-conscious and health-oriented choices without sacrificing quality or location.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9">
        <w:r>
          <w:rPr>
            <w:color w:val="0000EE"/>
            <w:u w:val="single"/>
          </w:rPr>
          <w:t>[2]</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https://www.greenqueen.com.hk/rosewood-hotel-bangkok-phuket-thailand-plant-based-menu-lever-foundation/</w:t>
        </w:r>
      </w:hyperlink>
      <w:r>
        <w:t xml:space="preserve"> - Please view link - unable to able to access data</w:t>
      </w:r>
      <w:r/>
    </w:p>
    <w:p>
      <w:pPr>
        <w:pStyle w:val="ListNumber"/>
        <w:spacing w:line="240" w:lineRule="auto"/>
        <w:ind w:left="720"/>
      </w:pPr>
      <w:r/>
      <w:hyperlink r:id="rId9">
        <w:r>
          <w:rPr>
            <w:color w:val="0000EE"/>
            <w:u w:val="single"/>
          </w:rPr>
          <w:t>https://www.greenqueen.com.hk/rosewood-hotel-bangkok-phuket-thailand-plant-based-menu-lever-foundation/</w:t>
        </w:r>
      </w:hyperlink>
      <w:r>
        <w:t xml:space="preserve"> - Rosewood Hotels &amp; Resorts has partnered with the Lever Foundation to enhance plant-based dining options at its Bangkok and Phuket properties in Thailand. This collaboration aims to strengthen sustainability efforts by expanding plant-based menu offerings and promoting conscious culinary choices. Lever Foundation will provide expertise in sustainable food sourcing and plant-based food systems to support the hotels' teams in kitchen preparation, ingredient sourcing, and guest-facing communication. The initiative reflects a growing trend in the hospitality industry towards more environmentally responsible and health-conscious dining choices.</w:t>
      </w:r>
      <w:r/>
    </w:p>
    <w:p>
      <w:pPr>
        <w:pStyle w:val="ListNumber"/>
        <w:spacing w:line="240" w:lineRule="auto"/>
        <w:ind w:left="720"/>
      </w:pPr>
      <w:r/>
      <w:hyperlink r:id="rId10">
        <w:r>
          <w:rPr>
            <w:color w:val="0000EE"/>
            <w:u w:val="single"/>
          </w:rPr>
          <w:t>https://www.issuewire.com/rosewood-bangkok-rosewood-phuket-and-lever-foundation-launch-partnership-to-advance-sustainable-and-plant-based-dining-1873839909710705</w:t>
        </w:r>
      </w:hyperlink>
      <w:r>
        <w:t xml:space="preserve"> - Rosewood Hotels &amp; Resorts has announced a partnership with the Lever Foundation to advance sustainable and plant-based dining at its Bangkok and Phuket properties. The collaboration focuses on strengthening plant-based dining and responsible sourcing, marking a significant step in the hotels' sustainability journey. Lever Foundation will provide expertise in sustainable food sourcing and plant-based food systems to support the hotels' teams in various aspects, including kitchen preparation, ingredient sourcing, and guest-facing communication. This partnership underscores the growing importance of sustainability in the hospitality industry.</w:t>
      </w:r>
      <w:r/>
    </w:p>
    <w:p>
      <w:pPr>
        <w:pStyle w:val="ListNumber"/>
        <w:spacing w:line="240" w:lineRule="auto"/>
        <w:ind w:left="720"/>
      </w:pPr>
      <w:r/>
      <w:hyperlink r:id="rId11">
        <w:r>
          <w:rPr>
            <w:color w:val="0000EE"/>
            <w:u w:val="single"/>
          </w:rPr>
          <w:t>https://www.rosewoodhotels.com/en/phuket/media/press/2024/rosewood-phuket-partners-with-little-bukit-farm-to-offer-a-rustic-culinary-experience</w:t>
        </w:r>
      </w:hyperlink>
      <w:r>
        <w:t xml:space="preserve"> - Rosewood Phuket has partnered with Little Bukit Farm to offer a rustic culinary experience that incorporates locally sourced ingredients. Approximately a third of all dishes incorporate ingredients sourced from the partners in provenance, including seasonal vegetables, sago palm flour, unique golden brown rice, and caviar from locally raised Siberian sturgeon. Resort activities designed with sustainability in mind include a Plant-Based Cooking Class, in which guests learn about the herbs and vegetables grown at the resort and learn to prepare their own green juice and three-course healthy lunch.</w:t>
      </w:r>
      <w:r/>
    </w:p>
    <w:p>
      <w:pPr>
        <w:pStyle w:val="ListNumber"/>
        <w:spacing w:line="240" w:lineRule="auto"/>
        <w:ind w:left="720"/>
      </w:pPr>
      <w:r/>
      <w:hyperlink r:id="rId12">
        <w:r>
          <w:rPr>
            <w:color w:val="0000EE"/>
            <w:u w:val="single"/>
          </w:rPr>
          <w:t>https://www.rosewoodhotels.com/content/dam/rosewoodhotels/property/phuket/en/documents/dining/Ta%20Khai%20Menu_22apr.pdf</w:t>
        </w:r>
      </w:hyperlink>
      <w:r>
        <w:t xml:space="preserve"> - The Ta Khai restaurant at Rosewood Phuket offers a plant-based menu featuring dishes such as fresh Phuket spring rolls with tofu, betel leaves with mixed nuts and tofu, pomelo salad with roasted coconut, spicy white bean curd salad, Beyond Meat plant-based satay, and green curry with plant-based minced proteins, eggplant, and lotus root. All prices are in Thai Baht and subject to service charge and government tax. The menu highlights the resort's commitment to offering plant-based options to guests.</w:t>
      </w:r>
      <w:r/>
    </w:p>
    <w:p>
      <w:pPr>
        <w:pStyle w:val="ListNumber"/>
        <w:spacing w:line="240" w:lineRule="auto"/>
        <w:ind w:left="720"/>
      </w:pPr>
      <w:r/>
      <w:hyperlink r:id="rId9">
        <w:r>
          <w:rPr>
            <w:color w:val="0000EE"/>
            <w:u w:val="single"/>
          </w:rPr>
          <w:t>https://www.greenqueen.com.hk/rosewood-hotel-bangkok-phuket-thailand-plant-based-menu-lever-foundation/</w:t>
        </w:r>
      </w:hyperlink>
      <w:r>
        <w:t xml:space="preserve"> - Rosewood Hotels &amp; Resorts has partnered with the Lever Foundation to enhance plant-based dining options at its Bangkok and Phuket properties in Thailand. This collaboration aims to strengthen sustainability efforts by expanding plant-based menu offerings and promoting conscious culinary choices. Lever Foundation will provide expertise in sustainable food sourcing and plant-based food systems to support the hotels' teams in kitchen preparation, ingredient sourcing, and guest-facing communication. The initiative reflects a growing trend in the hospitality industry towards more environmentally responsible and health-conscious dining choices.</w:t>
      </w:r>
      <w:r/>
    </w:p>
    <w:p>
      <w:pPr>
        <w:pStyle w:val="ListNumber"/>
        <w:spacing w:line="240" w:lineRule="auto"/>
        <w:ind w:left="720"/>
      </w:pPr>
      <w:r/>
      <w:hyperlink r:id="rId9">
        <w:r>
          <w:rPr>
            <w:color w:val="0000EE"/>
            <w:u w:val="single"/>
          </w:rPr>
          <w:t>https://www.greenqueen.com.hk/rosewood-hotel-bangkok-phuket-thailand-plant-based-menu-lever-foundation/</w:t>
        </w:r>
      </w:hyperlink>
      <w:r>
        <w:t xml:space="preserve"> - Rosewood Hotels &amp; Resorts has partnered with the Lever Foundation to enhance plant-based dining options at its Bangkok and Phuket properties in Thailand. This collaboration aims to strengthen sustainability efforts by expanding plant-based menu offerings and promoting conscious culinary choices. Lever Foundation will provide expertise in sustainable food sourcing and plant-based food systems to support the hotels' teams in kitchen preparation, ingredient sourcing, and guest-facing communication. The initiative reflects a growing trend in the hospitality industry towards more environmentally responsible and health-conscious dining choices.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reenqueen.com.hk/rosewood-hotel-bangkok-phuket-thailand-plant-based-menu-lever-foundation/" TargetMode="External"/><Relationship Id="rId10" Type="http://schemas.openxmlformats.org/officeDocument/2006/relationships/hyperlink" Target="https://www.issuewire.com/rosewood-bangkok-rosewood-phuket-and-lever-foundation-launch-partnership-to-advance-sustainable-and-plant-based-dining-1873839909710705" TargetMode="External"/><Relationship Id="rId11" Type="http://schemas.openxmlformats.org/officeDocument/2006/relationships/hyperlink" Target="https://www.rosewoodhotels.com/en/phuket/media/press/2024/rosewood-phuket-partners-with-little-bukit-farm-to-offer-a-rustic-culinary-experience" TargetMode="External"/><Relationship Id="rId12" Type="http://schemas.openxmlformats.org/officeDocument/2006/relationships/hyperlink" Target="https://www.rosewoodhotels.com/content/dam/rosewoodhotels/property/phuket/en/documents/dining/Ta%20Khai%20Menu_22apr.pdf"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