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Marriott Bonvoy expands luxurious pet-friendly options across Thailand for city, beach, and mountain escapes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Marriott Bonvoy is widening the choice of pet-friendly stays across Thailand, with hotels and resorts in Bangkok, Pattaya, Koh Samui, Rayong and Chiang Rai offering packages aimed at travellers who want to bring dogs or cats along rather than leave them behind. According to Marriott’s Thailand listings, the details vary by property, but the common thread is a more comfortable stay for pets, with guests advised to check each hotel’s policy, fees and pet allowances before booking.</w:t>
      </w:r>
      <w:r/>
    </w:p>
    <w:p>
      <w:r/>
      <w:r>
        <w:t>In Bangkok, the best-known options include The Athenee Hotel, a Luxury Collection Hotel, Bangkok, W Bangkok and Moxy Bangkok Ratchaprasong. Marriott says these properties offer touches such as organic pet food, pet beds, bowls and, at some hotels, access to outdoor terrace space. For city breaks, that makes it easier for travellers to stay central without having to compromise on their pet’s comfort.</w:t>
      </w:r>
      <w:r/>
    </w:p>
    <w:p>
      <w:r/>
      <w:r>
        <w:t>For longer trips, Marriott Executive Apartments is also promoting monthly stays in the capital for pets and their owners. The offer is available at several Bangkok properties, including Sukhumvit 50, Sukhumvit 101 and Sathorn Vista, with one townhouse property charging a higher per-pet rate. The appeal here is practical: apartment-style accommodation can suit visitors planning an extended city stay, especially if they want more room and a more home-like setup.</w:t>
      </w:r>
      <w:r/>
    </w:p>
    <w:p>
      <w:r/>
      <w:r>
        <w:t>The beach and island options are more suited to travellers looking for a resort-style escape. Marriott says W Koh Samui welcomes pets with its P.A.W. package, while Rayong Marriott Resort &amp; Spa and Renaissance Pattaya Resort &amp; Spa are also offering pet-friendly stays with items such as pet beds, bowls, blankets and other welcome amenities. For holidaymakers heading out of Bangkok, that means the possibility of a coastal break without leaving a pet at home.</w:t>
      </w:r>
      <w:r/>
    </w:p>
    <w:p>
      <w:r/>
      <w:r>
        <w:t>Further north, Le Méridien Chiang Rai Resort is tailoring its pet offering to guests who want a more outdoorsy escape. Marriott says the property provides essentials including a dog bed, bowls, toys, treats and a guide to local dog-friendly outdoor spaces, alongside pet-focused dining touches. For travellers choosing where to stay in Thailand, the broader picture is clear: Marriott Bonvoy is making it easier to plan everything from a Bangkok stopover to a beach holiday or a hill-country retreat with a pet in tow.</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Paragraph 3: </w:t>
      </w:r>
      <w:hyperlink r:id="rId10">
        <w:r>
          <w:rPr>
            <w:color w:val="0000EE"/>
            <w:u w:val="single"/>
          </w:rPr>
          <w:t>[2]</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https://www.breakingtravelnews.com/news/article/marriott-bonvoy-invites-pet-parents-and-their-furry-companions-to-enjoy-pet/</w:t>
        </w:r>
      </w:hyperlink>
      <w:r>
        <w:t xml:space="preserve"> - Please view link - unable to able to access data</w:t>
      </w:r>
      <w:r/>
    </w:p>
    <w:p>
      <w:pPr>
        <w:pStyle w:val="ListNumber"/>
        <w:spacing w:line="240" w:lineRule="auto"/>
        <w:ind w:left="720"/>
      </w:pPr>
      <w:r/>
      <w:hyperlink r:id="rId10">
        <w:r>
          <w:rPr>
            <w:color w:val="0000EE"/>
            <w:u w:val="single"/>
          </w:rPr>
          <w:t>https://www.marriott.com/en-us/destinations/thailand/pet-friendly-hotels.mi</w:t>
        </w:r>
      </w:hyperlink>
      <w:r>
        <w:t xml:space="preserve"> - Marriott Bonvoy offers a selection of pet-friendly hotels across Thailand, providing amenities such as designated walking areas and in-room features designed for added comfort. Policies, fees, and pet allowances vary by property, so guests are encouraged to review the hotel’s pet policy directly on the hotel website before booking.</w:t>
      </w:r>
      <w:r/>
    </w:p>
    <w:p>
      <w:pPr>
        <w:pStyle w:val="ListNumber"/>
        <w:spacing w:line="240" w:lineRule="auto"/>
        <w:ind w:left="720"/>
      </w:pPr>
      <w:r/>
      <w:hyperlink r:id="rId12">
        <w:r>
          <w:rPr>
            <w:color w:val="0000EE"/>
            <w:u w:val="single"/>
          </w:rPr>
          <w:t>https://www.marriott.com/en-us/destinations/thailand/bangkok/pet-friendly-hotels.mi</w:t>
        </w:r>
      </w:hyperlink>
      <w:r>
        <w:t xml:space="preserve"> - In Bangkok, Marriott Bonvoy's pet-friendly hotels include W Bangkok, The Athenee Hotel, a Luxury Collection Hotel, Bangkok, and Moxy Bangkok Ratchaprasong. These establishments offer amenities like organic pet food, plush beds, food and water bowls, and access to outdoor terraces, ensuring a comfortable stay for pets and their owners.</w:t>
      </w:r>
      <w:r/>
    </w:p>
    <w:p>
      <w:pPr>
        <w:pStyle w:val="ListNumber"/>
        <w:spacing w:line="240" w:lineRule="auto"/>
        <w:ind w:left="720"/>
      </w:pPr>
      <w:r/>
      <w:hyperlink r:id="rId13">
        <w:r>
          <w:rPr>
            <w:color w:val="0000EE"/>
            <w:u w:val="single"/>
          </w:rPr>
          <w:t>https://www.marriott.com/en-us/destinations/thailand/pattaya/pet-friendly-hotels.mi</w:t>
        </w:r>
      </w:hyperlink>
      <w:r>
        <w:t xml:space="preserve"> - Marriott Bonvoy's pet-friendly hotels in Pattaya, Thailand, include Renaissance Pattaya Resort &amp; Spa and Rayong Marriott Resort &amp; Spa. These resorts provide packages featuring pet beds, food and water bowls, and other amenities to ensure a pleasant stay for pets and their owners.</w:t>
      </w:r>
      <w:r/>
    </w:p>
    <w:p>
      <w:pPr>
        <w:pStyle w:val="ListNumber"/>
        <w:spacing w:line="240" w:lineRule="auto"/>
        <w:ind w:left="720"/>
      </w:pPr>
      <w:r/>
      <w:hyperlink r:id="rId14">
        <w:r>
          <w:rPr>
            <w:color w:val="0000EE"/>
            <w:u w:val="single"/>
          </w:rPr>
          <w:t>https://www.marriott.com/en-us/destinations/thailand/koh-samui/pet-friendly-hotels.mi</w:t>
        </w:r>
      </w:hyperlink>
      <w:r>
        <w:t xml:space="preserve"> - W Koh Samui is a pet-friendly hotel in Koh Samui, Thailand, offering villas with private pools and amenities for pets, ensuring a comfortable and enjoyable stay for both pets and their owners.</w:t>
      </w:r>
      <w:r/>
    </w:p>
    <w:p>
      <w:pPr>
        <w:pStyle w:val="ListNumber"/>
        <w:spacing w:line="240" w:lineRule="auto"/>
        <w:ind w:left="720"/>
      </w:pPr>
      <w:r/>
      <w:hyperlink r:id="rId11">
        <w:r>
          <w:rPr>
            <w:color w:val="0000EE"/>
            <w:u w:val="single"/>
          </w:rPr>
          <w:t>https://www.nationthailand.com/blogs/news/world/40057714</w:t>
        </w:r>
      </w:hyperlink>
      <w:r>
        <w:t xml:space="preserve"> - Marriott Bonvoy has curated a dedicated portfolio of pet-inclusive packages across Thailand, designed to cater to urban staycations, extended stays, beach escapes, and upcountry retreats. These initiatives aim to redefine pet-friendly travel into a high-touch VIP experience.</w:t>
      </w:r>
      <w:r/>
    </w:p>
    <w:p>
      <w:pPr>
        <w:pStyle w:val="ListNumber"/>
        <w:spacing w:line="240" w:lineRule="auto"/>
        <w:ind w:left="720"/>
      </w:pPr>
      <w:r/>
      <w:hyperlink r:id="rId16">
        <w:r>
          <w:rPr>
            <w:color w:val="0000EE"/>
            <w:u w:val="single"/>
          </w:rPr>
          <w:t>https://www.timeout.com/bangkok/news/marriott-pet-friendly-052821</w:t>
        </w:r>
      </w:hyperlink>
      <w:r>
        <w:t xml:space="preserve"> - Marriott Bonvoy welcomes pets at selected hotels in Thailand, offering animal-friendly facilities and services such as complimentary food bowls, pet beds, and gourmet dishes prepared by the hotel’s chef, available 24/7.</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marriott-bonvoy-invites-pet-parents-and-their-furry-companions-to-enjoy-pet/" TargetMode="External"/><Relationship Id="rId10" Type="http://schemas.openxmlformats.org/officeDocument/2006/relationships/hyperlink" Target="https://www.marriott.com/en-us/destinations/thailand/pet-friendly-hotels.mi" TargetMode="External"/><Relationship Id="rId11" Type="http://schemas.openxmlformats.org/officeDocument/2006/relationships/hyperlink" Target="https://www.nationthailand.com/blogs/news/world/40057714" TargetMode="External"/><Relationship Id="rId12" Type="http://schemas.openxmlformats.org/officeDocument/2006/relationships/hyperlink" Target="https://www.marriott.com/en-us/destinations/thailand/bangkok/pet-friendly-hotels.mi" TargetMode="External"/><Relationship Id="rId13" Type="http://schemas.openxmlformats.org/officeDocument/2006/relationships/hyperlink" Target="https://www.marriott.com/en-us/destinations/thailand/pattaya/pet-friendly-hotels.mi" TargetMode="External"/><Relationship Id="rId14" Type="http://schemas.openxmlformats.org/officeDocument/2006/relationships/hyperlink" Target="https://www.marriott.com/en-us/destinations/thailand/koh-samui/pet-friendly-hotels.mi" TargetMode="External"/><Relationship Id="rId15" Type="http://schemas.openxmlformats.org/officeDocument/2006/relationships/hyperlink" Target="https://www.noahwire.com" TargetMode="External"/><Relationship Id="rId16" Type="http://schemas.openxmlformats.org/officeDocument/2006/relationships/hyperlink" Target="https://www.timeout.com/bangkok/news/marriott-pet-friendly-0528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