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Discovering Koh Samui’s hidden riches beyond the beaches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Koh Samui is often sold as a beach escape, but some of its most rewarding experiences lie away from the sand. For travellers based at NH Collection Samui Peace Resort, the island’s quieter side is easy to reach: temple visits, forest walks, rural markets and coconut-related outings all offer a more rounded picture of life here than a sun lounger alone ever could.</w:t>
      </w:r>
      <w:r/>
    </w:p>
    <w:p>
      <w:r/>
      <w:r>
        <w:t>One of the most striking stops is Wat Plai Laem, on the north-east coast. Visit Thailand Today describes it as a temple complex set around a lake, with a dramatic 18-armed figure of Guanyin at its centre, while Samui Map Info notes that the site blends Thai and Chinese Buddhist traditions. It is also free to enter, though modest dress is expected, with shoulders and knees covered. For many visitors, the appeal is as much visual as spiritual: bright sculptures, calm water, and the chance to feed the fish add a gentle, family-friendly stop to an island itinerary.</w:t>
      </w:r>
      <w:r/>
    </w:p>
    <w:p>
      <w:r/>
      <w:r>
        <w:t>Inland, the mood changes again. According to Out Thailand, the island’s best-known waterfalls include Na Muang, where forest trails and cooler shaded areas make a welcome break from the coast. The same guide notes that conditions vary by season, with stronger flows in the wetter months and thinner water later in the dry period, so timing matters if waterfall viewing is a priority. Even so, the appeal is clear: this is where Koh Samui begins to feel lush and unexpectedly wild.</w:t>
      </w:r>
      <w:r/>
    </w:p>
    <w:p>
      <w:r/>
      <w:r>
        <w:t>Local life is easier to find once you move beyond the busiest stretches of the island. Markets in rural areas offer a chance to sample regional dishes, pick up handmade souvenirs and see daily island routines at a slower pace. The coconut trade is another part of that story. As the lead article points out, plantations can give visitors a useful introduction to an industry that has long shaped Koh Samui’s identity, economy and landscape. For travellers who want more than a resort holiday, these experiences add depth without demanding much effort.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https://www.thevacationgateway.com/beyond-the-coast-experiences-that-reveal-a-different-side-of-koh-samui.html</w:t>
        </w:r>
      </w:hyperlink>
      <w:r>
        <w:t xml:space="preserve"> - Please view link - unable to able to access data</w:t>
      </w:r>
      <w:r/>
    </w:p>
    <w:p>
      <w:pPr>
        <w:pStyle w:val="ListNumber"/>
        <w:spacing w:line="240" w:lineRule="auto"/>
        <w:ind w:left="720"/>
      </w:pPr>
      <w:r/>
      <w:hyperlink r:id="rId10">
        <w:r>
          <w:rPr>
            <w:color w:val="0000EE"/>
            <w:u w:val="single"/>
          </w:rPr>
          <w:t>https://www.visitthailandtoday.com/temples-culture/koh-samui/wat-plai-laem</w:t>
        </w:r>
      </w:hyperlink>
      <w:r>
        <w:t xml:space="preserve"> - Wat Plai Laem is a striking Buddhist temple complex on Koh Samui's northeastern coast, built around a serene lake that reflects its vivid, ornate architecture. The centrepiece is a large 18-armed statue of Guanyin, the Chinese goddess of mercy, which rises dramatically from the water and draws visitors from across the island. Elaborate murals inside the temple buildings, colourful sculptural figures throughout the grounds, and a calm, well-maintained setting combine to make this one of the more visually distinctive places of worship on Samui. The lake itself is home to large catfish and turtles, and visitors can purchase fish food from vending machines on-site to feed them—a simple activity that proves popular with all ages. The atmosphere throughout the complex is peaceful and unhurried, lending itself to quiet reflection, traditional practices such as kuman thong stick-shaking, or simply exploring at a leisurely pace. Entry to Wat Plai Laem is free, making it an accessible stop for most itineraries. As an active place of worship, visitors are expected to dress modestly, covering shoulders and knees out of respect for the site.</w:t>
      </w:r>
      <w:r/>
    </w:p>
    <w:p>
      <w:pPr>
        <w:pStyle w:val="ListNumber"/>
        <w:spacing w:line="240" w:lineRule="auto"/>
        <w:ind w:left="720"/>
      </w:pPr>
      <w:r/>
      <w:hyperlink r:id="rId11">
        <w:r>
          <w:rPr>
            <w:color w:val="0000EE"/>
            <w:u w:val="single"/>
          </w:rPr>
          <w:t>https://samui-map.info/info/koh-samui-main-temples/wat-plai-laem/</w:t>
        </w:r>
      </w:hyperlink>
      <w:r>
        <w:t xml:space="preserve"> - Wat Plai Laem, located on Koh Samui’s northeastern coast, is one of the island’s most beautiful and culturally rich Buddhist temples. Known for its massive 18-armed statue of Guanyin, the Goddess of Mercy, and its serene lakeside setting, this temple offers visitors a glimpse into both Thai and Chinese Buddhist traditions. With intricate architecture, peaceful surroundings, and vibrant statues, Wat Plai Laem is a must-visit for those seeking cultural immersion, spiritual inspiration, and stunning photography opportunities. Visitors can explore the ornate temple buildings, feed the fish in the temple’s lake, and experience Buddhist customs and rituals. Easily accessible via Samui Map Info, Wat Plai Laem is a must-see attraction for travelers interested in Thai culture and religious heritage.</w:t>
      </w:r>
      <w:r/>
    </w:p>
    <w:p>
      <w:pPr>
        <w:pStyle w:val="ListNumber"/>
        <w:spacing w:line="240" w:lineRule="auto"/>
        <w:ind w:left="720"/>
      </w:pPr>
      <w:r/>
      <w:hyperlink r:id="rId15">
        <w:r>
          <w:rPr>
            <w:color w:val="0000EE"/>
            <w:u w:val="single"/>
          </w:rPr>
          <w:t>https://en.wikipedia.org/wiki/Wat_Plai_Laem</w:t>
        </w:r>
      </w:hyperlink>
      <w:r>
        <w:t xml:space="preserve"> - Wat Plai Laem is a Buddhist temple on the resort island of Ko Samui, Thailand. Like the nearby Wat Phra Yai or 'Big Buddha Temple', it is a modern Buddhist temple. The temple's design incorporates elements of Chinese and Thai traditions and was in part designed by distinguished Thai artist Jarit Phumdonming. Its main statue, which is in Chinese style, is not of Gautama Buddha. It is a form of the bodhisattva of compassion and mercy, Avalokiteśvara, called Cundi. This form of the deity is known in Chinese as 'Guanyin with eighteen arms'. In addition to the main statue, there is also a white statue of Budai and smaller shrines dedicated to Ganesha, Vishnu, Shiva and Sakka. Although it is an open-air image, it is located within an elaborate ubosot on a platform-pavilion surrounded by a temple lake.</w:t>
      </w:r>
      <w:r/>
    </w:p>
    <w:p>
      <w:pPr>
        <w:pStyle w:val="ListNumber"/>
        <w:spacing w:line="240" w:lineRule="auto"/>
        <w:ind w:left="720"/>
      </w:pPr>
      <w:r/>
      <w:hyperlink r:id="rId16">
        <w:r>
          <w:rPr>
            <w:color w:val="0000EE"/>
            <w:u w:val="single"/>
          </w:rPr>
          <w:t>https://kohsamui.website/buddhism/wat-plai-laem/</w:t>
        </w:r>
      </w:hyperlink>
      <w:r>
        <w:t xml:space="preserve"> - Wat Plai Laem, also known as Wat Nuan Naram, is a festively and flamboyantly decorated temple located by an artificial lake and surrounded by giant Chinese Buddhist figures. On the right, there is an eighteen-handed Goddess of Mercy Guan Yin, who helps the impoverished, gives healthy children, and protects seamen from danger. On the left is the Laughing Buddha, symbolising prosperity and carefree joy, also known as Hotei or Budai Buddha. In the centre stands the temple itself, on a huge lotus, guarded by two custodian yaksas and two creeping down handrails naga-snakes. By the entrance, visitors are met by a statue of Buddha, gesturing not to be afraid of anything. The interior of the temple is even brighter than its facade.</w:t>
      </w:r>
      <w:r/>
    </w:p>
    <w:p>
      <w:pPr>
        <w:pStyle w:val="ListNumber"/>
        <w:spacing w:line="240" w:lineRule="auto"/>
        <w:ind w:left="720"/>
      </w:pPr>
      <w:r/>
      <w:hyperlink r:id="rId12">
        <w:r>
          <w:rPr>
            <w:color w:val="0000EE"/>
            <w:u w:val="single"/>
          </w:rPr>
          <w:t>https://www.kohsamuitravelhub.com/attractions/wat-plai-laem/</w:t>
        </w:r>
      </w:hyperlink>
      <w:r>
        <w:t xml:space="preserve"> - Wat Plai Laem is located near Choeng Mon Beach in Koh Samui and is one of the most interactive and colourful temples on the island. The attraction of this wat is the beautiful eighteen-armed statue, sitting in the middle of a lake. Nestled alongside the lake, this famous temple offers breathtaking lakefront views, and devotees who come here will often feed the fish. Visitors are welcome to make a donation at the temple in return for fish food. Wat Plai Laem is located on Samui’s north-east coast. The temple’s unique and striking white 18-armed idol of Guanyin delights many visitors. According to Chinese mythology, Guanyin is the Goddess of Mercy and Compassion. Wat Plai Laem is a popular religious spot for the residents of Koh Samui. Many devotees come to this temple daily and pay homage to Guanyin and to Buddha.</w:t>
      </w:r>
      <w:r/>
    </w:p>
    <w:p>
      <w:pPr>
        <w:pStyle w:val="ListNumber"/>
        <w:spacing w:line="240" w:lineRule="auto"/>
        <w:ind w:left="720"/>
      </w:pPr>
      <w:r/>
      <w:hyperlink r:id="rId13">
        <w:r>
          <w:rPr>
            <w:color w:val="0000EE"/>
            <w:u w:val="single"/>
          </w:rPr>
          <w:t>https://outthailand.com/guide/koh-samui-waterfalls/</w:t>
        </w:r>
      </w:hyperlink>
      <w:r>
        <w:t xml:space="preserve"> - Koh Samui's main waterfalls are Na Muang 1 (an easy 18-metre roadside falls with a swimming pool), Na Muang 2 (the island's tallest at around 80 metres, reached by a steep 30-40 minute rope-assisted scramble), Hin Lad near Nathon (a quieter jungle-and-temple hike with a roughly 30-metre falls) and the smaller 'secret' Wang Sao Thong near Hua Thanon. Entry to the falls themselves is free; Na Muang and Wang Sao Thong charge about ฿20 for scooter parking (฿60 for a car). They flow hardest in the wet months of roughly October and November and can run thin from February to April, which clashes with the best-weather window of December to April, so there's a real trade-off. Na Muang 2 is genuinely dangerous above the base: five tourists have died there since 2019, all from slipping on wet rock at the upper tiers. All prices ฿33 = US$1 (July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vacationgateway.com/beyond-the-coast-experiences-that-reveal-a-different-side-of-koh-samui.html" TargetMode="External"/><Relationship Id="rId10" Type="http://schemas.openxmlformats.org/officeDocument/2006/relationships/hyperlink" Target="https://www.visitthailandtoday.com/temples-culture/koh-samui/wat-plai-laem" TargetMode="External"/><Relationship Id="rId11" Type="http://schemas.openxmlformats.org/officeDocument/2006/relationships/hyperlink" Target="https://samui-map.info/info/koh-samui-main-temples/wat-plai-laem/" TargetMode="External"/><Relationship Id="rId12" Type="http://schemas.openxmlformats.org/officeDocument/2006/relationships/hyperlink" Target="https://www.kohsamuitravelhub.com/attractions/wat-plai-laem/" TargetMode="External"/><Relationship Id="rId13" Type="http://schemas.openxmlformats.org/officeDocument/2006/relationships/hyperlink" Target="https://outthailand.com/guide/koh-samui-waterfalls/" TargetMode="External"/><Relationship Id="rId14" Type="http://schemas.openxmlformats.org/officeDocument/2006/relationships/hyperlink" Target="https://www.noahwire.com" TargetMode="External"/><Relationship Id="rId15" Type="http://schemas.openxmlformats.org/officeDocument/2006/relationships/hyperlink" Target="https://en.wikipedia.org/wiki/Wat_Plai_Laem" TargetMode="External"/><Relationship Id="rId16" Type="http://schemas.openxmlformats.org/officeDocument/2006/relationships/hyperlink" Target="https://kohsamui.website/buddhism/wat-plai-la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