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NH Hua Hin transforms running challenge into a citywide hotel promotion for September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NH Hua Hin is turning a simple run into a possible hotel break with a month-long giveaway running from 1 to 30 September 2026. Under the campaign, called "Run Your Miles. Earn Your Stay.", participants can log either 6 km or 15 km runs, record the distance on apps such as Strava or Nike Run Club, and post their results on Facebook, Instagram or TikTok with the hotel tagged and the hashtags #NHRunForStay and #NHHuaHin. Weekly winners will be announced on the hotel’s social media channels, with prizes including stays and dining experiences. </w:t>
      </w:r>
      <w:r/>
    </w:p>
    <w:p>
      <w:r/>
      <w:r>
        <w:t xml:space="preserve">For travellers weighing up a stay in Hua Hin, the promotion also points to a property pitched at both active guests and families. NH Hua Hin has 152 rooms and suites, a rooftop pool, a gym, a children’s club with a splash pool, and pet-friendly rooms, while direct-booking perks include breakfast, free stays for children, and flexible arrival and departure times. </w:t>
      </w:r>
      <w:r/>
    </w:p>
    <w:p>
      <w:r/>
      <w:r>
        <w:t xml:space="preserve">The hotel is also using offers to encourage longer seaside stays. According to its current promotions, guests booking for four nights or more can save on extended visits, and longer stays can bring extra benefits such as laundry discounts and food-and-drink credit. For holidaymakers planning a slower Hua Hin escape, that makes the property more than a one-night stopover: it is set up for beach time, pool time and easy family downtime. </w:t>
      </w:r>
      <w:r/>
    </w:p>
    <w:p>
      <w:r/>
      <w:r>
        <w:t xml:space="preserve">Nartsupak Taweewong, the general manager of NH Hua Hin, said the idea is to make exercise feel like part of everyday life rather than a one-off challenge, and to turn effort into the reward of a getaway. That pitch fits a destination already associated with outdoor activity, including recent community running events in Hua Hin focused on health and wellbeing.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[5]</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https://www.nowtravelasia.com/run-your-miles-earn-your-stay-nh-hua-hin-turns-every-run-into-a-chance-for-a-getaway/?utm_source=rss&amp;utm_medium=rss&amp;utm_campaign=run-your-miles-earn-your-stay-nh-hua-hin-turns-every-run-into-a-chance-for-a-getaway</w:t>
        </w:r>
      </w:hyperlink>
      <w:r>
        <w:t xml:space="preserve"> - Please view link - unable to able to access data</w:t>
      </w:r>
      <w:r/>
    </w:p>
    <w:p>
      <w:pPr>
        <w:pStyle w:val="ListNumber"/>
        <w:spacing w:line="240" w:lineRule="auto"/>
        <w:ind w:left="720"/>
      </w:pPr>
      <w:r/>
      <w:hyperlink r:id="rId9">
        <w:r>
          <w:rPr>
            <w:color w:val="0000EE"/>
            <w:u w:val="single"/>
          </w:rPr>
          <w:t>https://www.nowtravelasia.com/run-your-miles-earn-your-stay-nh-hua-hin-turns-every-run-into-a-chance-for-a-getaway/?utm_source=rss&amp;utm_medium=rss&amp;utm_campaign=run-your-miles-earn-your-stay-nh-hua-hin-turns-every-run-into-a-chance-for-a-getaway</w:t>
        </w:r>
      </w:hyperlink>
      <w:r>
        <w:t xml:space="preserve"> - NH Hua Hin is launching a month-long campaign called 'Run Your Miles. Earn Your Stay.' from 1–30 September 2026. Participants can choose between a 6 km or 15 km run, track their progress using apps like Strava or Nike Run Club, and share their results on social media platforms such as Facebook, Instagram, or TikTok. By tagging @NH Hua Hin and using the hashtags #NHRunForStay and #NHHuaHin, they can enter for a chance to win various prizes, including hotel stays and dining experiences. Winners will be announced weekly through NH Hua Hin’s social media channels, providing runners with ongoing motivation throughout September. Nartsupak Taweewong, General Manager of NH Hua Hin, expressed the campaign's goal to inspire people to stay active in a way that fits naturally into their lifestyle, turning every kilometre into a reward of a well-earned getaway.</w:t>
      </w:r>
      <w:r/>
    </w:p>
    <w:p>
      <w:pPr>
        <w:pStyle w:val="ListNumber"/>
        <w:spacing w:line="240" w:lineRule="auto"/>
        <w:ind w:left="720"/>
      </w:pPr>
      <w:r/>
      <w:hyperlink r:id="rId10">
        <w:r>
          <w:rPr>
            <w:color w:val="0000EE"/>
            <w:u w:val="single"/>
          </w:rPr>
          <w:t>https://world.nh-hotels.com/en/nh-hua-hin/offers/flash-sale</w:t>
        </w:r>
      </w:hyperlink>
      <w:r>
        <w:t xml:space="preserve"> - NH Hua Hin is offering a limited-time 'Free Nights' promotion from 1–7 June 2026 for stays until 31 October 2026. Guests who book a two-night stay will receive an additional night complimentary. The offer includes daily breakfast and is available to Minor DISCOVERY members, who can save up to 10% more. Direct booking benefits encompass free stays for children, early check-in, and late check-out. NH Hua Hin features 152 rooms and suites, a rooftop pool and gym, a kids’ club with a splash pool, and is pet-friendly.</w:t>
      </w:r>
      <w:r/>
    </w:p>
    <w:p>
      <w:pPr>
        <w:pStyle w:val="ListNumber"/>
        <w:spacing w:line="240" w:lineRule="auto"/>
        <w:ind w:left="720"/>
      </w:pPr>
      <w:r/>
      <w:hyperlink r:id="rId11">
        <w:r>
          <w:rPr>
            <w:color w:val="0000EE"/>
            <w:u w:val="single"/>
          </w:rPr>
          <w:t>https://world.nh-hotels.com/en/nh-hua-hin/offers/stay-longer-special</w:t>
        </w:r>
      </w:hyperlink>
      <w:r>
        <w:t xml:space="preserve"> - NH Hua Hin presents the 'Stay Longer Special' offer, providing up to 20% savings on extended stays with a minimum of four nights. Guests who stay seven nights or more will enjoy additional benefits, including a 20% discount on laundry services and a THB 100 food and beverage credit per night. The offer includes daily breakfast and is available to Minor DISCOVERY members, who can save up to 10% more. Direct booking benefits include free stays for children, early check-in, and late check-out. NH Hua Hin boasts 152 rooms and suites, a rooftop pool and gym, a kids’ club with a splash pool, and is pet-friendly.</w:t>
      </w:r>
      <w:r/>
    </w:p>
    <w:p>
      <w:pPr>
        <w:pStyle w:val="ListNumber"/>
        <w:spacing w:line="240" w:lineRule="auto"/>
        <w:ind w:left="720"/>
      </w:pPr>
      <w:r/>
      <w:hyperlink r:id="rId13">
        <w:r>
          <w:rPr>
            <w:color w:val="0000EE"/>
            <w:u w:val="single"/>
          </w:rPr>
          <w:t>https://www.bangkokhospital.com/en/huahin/content/run-for-loyalty-bhn</w:t>
        </w:r>
      </w:hyperlink>
      <w:r>
        <w:t xml:space="preserve"> - On 12 July 2025, doctors, nurses, and staff from Bangkok Hospital Hua Hin participated in the 'RUN FOR LOYALTY' event at Rajabhakti Park in Hua Hin, Prachuap Khiri Khan. The hospital also provided first-aid services and ambulance standby during the event. The initiative aimed to promote health and wellness among the hospital staff and the local community.</w:t>
      </w:r>
      <w:r/>
    </w:p>
    <w:p>
      <w:pPr>
        <w:pStyle w:val="ListNumber"/>
        <w:spacing w:line="240" w:lineRule="auto"/>
        <w:ind w:left="720"/>
      </w:pPr>
      <w:r/>
      <w:hyperlink r:id="rId14">
        <w:r>
          <w:rPr>
            <w:color w:val="0000EE"/>
            <w:u w:val="single"/>
          </w:rPr>
          <w:t>https://www.bangkokhospital.com/de/huahin/content/rwtf2025-huahin</w:t>
        </w:r>
      </w:hyperlink>
      <w:r>
        <w:t xml:space="preserve"> - Over 1,500 runners participated in the 'Run with the Flow 2025 – Lauf für Herz und Gehirn, Jahr 2' charity run organised by Bangkok Hospital Hua Hin on 24 November 2025. The event featured a 10.5 km mini-marathon and a 5.3 km fun run along a scenic beachfront promenade. The initiative aimed to raise awareness about heart and brain health and encourage the public to prioritise prevention. Medical teams accompanied the runners to ensure safety, and proceeds from the event were donated to the Vejdusit Foundation to support financially needy patients.</w:t>
      </w:r>
      <w:r/>
    </w:p>
    <w:p>
      <w:pPr>
        <w:pStyle w:val="ListNumber"/>
        <w:spacing w:line="240" w:lineRule="auto"/>
        <w:ind w:left="720"/>
      </w:pPr>
      <w:r/>
      <w:hyperlink r:id="rId12">
        <w:r>
          <w:rPr>
            <w:color w:val="0000EE"/>
            <w:u w:val="single"/>
          </w:rPr>
          <w:t>https://www.ryt9.com/s/prg/12807706</w:t>
        </w:r>
      </w:hyperlink>
      <w:r>
        <w:t xml:space="preserve"> - NH Hua Hin is offering the 'Stay 3 Pay 2' promotion, allowing guests to stay three nights for the price of two. The campaign encourages visitors to experience the charm of Hua Hin at a more relaxed pace, with facilities such as a rooftop pool, gym, and kids’ club. The offer is available for stays from 21 April 2026 and is designed to provide guests with an extended and enjoyable stay in Hua Hin.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run-your-miles-earn-your-stay-nh-hua-hin-turns-every-run-into-a-chance-for-a-getaway/?utm_source=rss&amp;utm_medium=rss&amp;utm_campaign=run-your-miles-earn-your-stay-nh-hua-hin-turns-every-run-into-a-chance-for-a-getaway" TargetMode="External"/><Relationship Id="rId10" Type="http://schemas.openxmlformats.org/officeDocument/2006/relationships/hyperlink" Target="https://world.nh-hotels.com/en/nh-hua-hin/offers/flash-sale" TargetMode="External"/><Relationship Id="rId11" Type="http://schemas.openxmlformats.org/officeDocument/2006/relationships/hyperlink" Target="https://world.nh-hotels.com/en/nh-hua-hin/offers/stay-longer-special" TargetMode="External"/><Relationship Id="rId12" Type="http://schemas.openxmlformats.org/officeDocument/2006/relationships/hyperlink" Target="https://www.ryt9.com/s/prg/12807706" TargetMode="External"/><Relationship Id="rId13" Type="http://schemas.openxmlformats.org/officeDocument/2006/relationships/hyperlink" Target="https://www.bangkokhospital.com/en/huahin/content/run-for-loyalty-bhn" TargetMode="External"/><Relationship Id="rId14" Type="http://schemas.openxmlformats.org/officeDocument/2006/relationships/hyperlink" Target="https://www.bangkokhospital.com/de/huahin/content/rwtf2025-huahin"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