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Kimpton’s Thai expansion accelerates with new beach resort near Phuket to cater for scenic, low-rise escapes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IHG Hotels &amp; Resorts has added another Kimpton project to its Thailand pipeline, this time on Phang Nga’s Natai Beach, a stretch of coast that is becoming better known to travellers looking for a quieter, more scenic alternative to Phuket. The 150-room beachfront resort is due to open in 2028 and will bring the Kimpton brand to the province for the first time, according to the company. IHG says the development will include several dining venues, a spa, swimming pools, a fitness centre, a kids’ club and function spaces, giving it broad appeal for couples, families and guests planning longer stays. </w:t>
      </w:r>
      <w:r/>
    </w:p>
    <w:p>
      <w:r/>
      <w:r>
        <w:t xml:space="preserve">The location is a key part of the story. IHG says Kimpton Phang-Nga Natai Beach will be about 20 minutes from Phuket International Airport, while the planned Andaman International Airport, expected to be completed in 2032, should further improve access to the area. For travellers, that could make Phang Nga easier to reach without losing the low-rise, beachside atmosphere that sets it apart from busier Thai resort destinations. </w:t>
      </w:r>
      <w:r/>
    </w:p>
    <w:p>
      <w:r/>
      <w:r>
        <w:t xml:space="preserve">The new resort also builds on Kimpton’s growing profile in Thailand. The brand already operates Kimpton Kitalay Samui, a beachfront hotel on Choeng Mon Beach with rooms, suites and villas, five dining outlets, a spa and a large pool, and Kimpton Maa-Lai Bangkok, which sits in the Langsuan area near Lumphini Park and gives guests easy access to shopping, dining and the city’s main attractions. That mix of island and urban properties suggests IHG is using Kimpton to target travellers who want strong design, generous facilities and a more lifestyle-led stay. </w:t>
      </w:r>
      <w:r/>
    </w:p>
    <w:p>
      <w:r/>
      <w:r>
        <w:t xml:space="preserve">IHG’s wider Thailand plans show that expansion will not stop in Phang Nga. The company has also announced Kimpton openings in Pattaya, Hua Hin, Bangkok Chinatown and Chiang Rai’s Golden Triangle area, with some projects tied to major mixed-use or conversion schemes. For holidaymakers, the trend matters because it signals more choice across the country in the coming years, from beach resorts and city hotels to wellness-oriented escapes inland.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https://tophotel.news/ihg-brings-kimpton-to-phang-nga/</w:t>
        </w:r>
      </w:hyperlink>
      <w:r>
        <w:t xml:space="preserve"> - Please view link - unable to able to access data</w:t>
      </w:r>
      <w:r/>
    </w:p>
    <w:p>
      <w:pPr>
        <w:pStyle w:val="ListNumber"/>
        <w:spacing w:line="240" w:lineRule="auto"/>
        <w:ind w:left="720"/>
      </w:pPr>
      <w:r/>
      <w:hyperlink r:id="rId10">
        <w:r>
          <w:rPr>
            <w:color w:val="0000EE"/>
            <w:u w:val="single"/>
          </w:rPr>
          <w:t>https://www.ihgplc.com/en/news-and-media/news-releases/2026/ihg-hotels-and-resorts-brings-kimpton-to-phang-nga-expanding-luxury-and-lifestyle-footprint-in-thailand</w:t>
        </w:r>
      </w:hyperlink>
      <w:r>
        <w:t xml:space="preserve"> - IHG Hotels &amp; Resorts has announced the signing of Kimpton Phang-Nga Natai Beach, a 150-key beachfront resort set to open in 2028. This marks the introduction of the Kimpton brand to Phang Nga, Thailand's emerging coastal destination. The resort will feature diverse dining options, a spa, swimming pools, fitness centre, kids' club, and versatile function spaces. Located on Natai Beach, approximately 20 minutes from Phuket International Airport, the development reflects IHG's confidence in the region's tourism potential. The upcoming Andaman International Airport, scheduled for completion in 2032, is expected to enhance regional connectivity. This signing adds to IHG's growing presence in southern Thailand, complementing existing properties like Kimpton Kitalay Samui and Kimpton Maa-Lai Bangkok. The partnership with Natai Venture Co., Ltd. underscores the demand for luxury lifestyle hospitality in the market. (</w:t>
      </w:r>
      <w:hyperlink r:id="rId17">
        <w:r>
          <w:rPr>
            <w:color w:val="0000EE"/>
            <w:u w:val="single"/>
          </w:rPr>
          <w:t>ihgplc.com</w:t>
        </w:r>
      </w:hyperlink>
      <w:r>
        <w:t>)</w:t>
      </w:r>
      <w:r/>
    </w:p>
    <w:p>
      <w:pPr>
        <w:pStyle w:val="ListNumber"/>
        <w:spacing w:line="240" w:lineRule="auto"/>
        <w:ind w:left="720"/>
      </w:pPr>
      <w:r/>
      <w:hyperlink r:id="rId13">
        <w:r>
          <w:rPr>
            <w:color w:val="0000EE"/>
            <w:u w:val="single"/>
          </w:rPr>
          <w:t>https://www.kimptonkitalaysamui.com/</w:t>
        </w:r>
      </w:hyperlink>
      <w:r>
        <w:t xml:space="preserve"> - Kimpton Kitalay Samui is a beachfront resort located on Choeng Mon Beach in Koh Samui, Thailand. The resort offers 138 rooms, suites, and villas, each designed with contemporary Thai elegance. Guests can enjoy five distinct dining venues, including FishHouse Restaurant &amp; Bar, which specializes in fresh local seafood and has been featured in the MICHELIN Guide 2024 and 2025 editions. Additional amenities include a spa influenced by Thai wellness, an Olympic-sized swimming pool, a modern fitness centre, and a kids' club. The resort is pet-friendly, allowing up to two pets per room without additional charges. (</w:t>
      </w:r>
      <w:hyperlink r:id="rId18">
        <w:r>
          <w:rPr>
            <w:color w:val="0000EE"/>
            <w:u w:val="single"/>
          </w:rPr>
          <w:t>kimptonkitalaysamui.com</w:t>
        </w:r>
      </w:hyperlink>
      <w:r>
        <w:t>)</w:t>
      </w:r>
      <w:r/>
    </w:p>
    <w:p>
      <w:pPr>
        <w:pStyle w:val="ListNumber"/>
        <w:spacing w:line="240" w:lineRule="auto"/>
        <w:ind w:left="720"/>
      </w:pPr>
      <w:r/>
      <w:hyperlink r:id="rId11">
        <w:r>
          <w:rPr>
            <w:color w:val="0000EE"/>
            <w:u w:val="single"/>
          </w:rPr>
          <w:t>https://www.ttgasia.com/2026/08/11/ihg-grows-kimpton-portfolio-with-phang-nga-signing/</w:t>
        </w:r>
      </w:hyperlink>
      <w:r>
        <w:t xml:space="preserve"> - IHG Hotels &amp; Resorts has expanded its Kimpton portfolio by signing Kimpton Phang-Nga Natai Beach, a 150-key beachfront resort set to open in 2028. This development introduces the Kimpton brand to Thailand's Phang Nga province, complementing existing properties like Kimpton Kitalay Samui and Kimpton Maa-Lai Bangkok. The resort will feature diverse dining venues, a spa, swimming pools, fitness centre, kids' club, and function spaces. Located on Natai Beach, approximately 20 minutes from Phuket International Airport, the development reflects IHG's confidence in the region's tourism potential. The upcoming Andaman International Airport, scheduled for completion in 2032, is expected to enhance regional connectivity. (</w:t>
      </w:r>
      <w:hyperlink r:id="rId19">
        <w:r>
          <w:rPr>
            <w:color w:val="0000EE"/>
            <w:u w:val="single"/>
          </w:rPr>
          <w:t>ttgasia.com</w:t>
        </w:r>
      </w:hyperlink>
      <w:r>
        <w:t>)</w:t>
      </w:r>
      <w:r/>
    </w:p>
    <w:p>
      <w:pPr>
        <w:pStyle w:val="ListNumber"/>
        <w:spacing w:line="240" w:lineRule="auto"/>
        <w:ind w:left="720"/>
      </w:pPr>
      <w:r/>
      <w:hyperlink r:id="rId12">
        <w:r>
          <w:rPr>
            <w:color w:val="0000EE"/>
            <w:u w:val="single"/>
          </w:rPr>
          <w:t>https://www.ttrweekly.com/site/2026/08/ihg-hotels-resorts-brings-kimpton-to-phang-nga/</w:t>
        </w:r>
      </w:hyperlink>
      <w:r>
        <w:t xml:space="preserve"> - IHG Hotels &amp; Resorts has announced the signing of Kimpton Phang-Nga Natai Beach, a 150-key beachfront resort set to open in 2028. This marks the introduction of the Kimpton brand to Phang Nga, Thailand's emerging coastal destination. The resort will feature diverse dining options, a spa, swimming pools, fitness centre, kids' club, and versatile function spaces. Located on Natai Beach, approximately 20 minutes from Phuket International Airport, the development reflects IHG's confidence in the region's tourism potential. The upcoming Andaman International Airport, scheduled for completion in 2032, is expected to enhance regional connectivity. This signing adds to IHG's growing presence in southern Thailand, complementing existing properties like Kimpton Kitalay Samui and Kimpton Maa-Lai Bangkok. (</w:t>
      </w:r>
      <w:hyperlink r:id="rId20">
        <w:r>
          <w:rPr>
            <w:color w:val="0000EE"/>
            <w:u w:val="single"/>
          </w:rPr>
          <w:t>ttrweekly.com</w:t>
        </w:r>
      </w:hyperlink>
      <w:r>
        <w:t>)</w:t>
      </w:r>
      <w:r/>
    </w:p>
    <w:p>
      <w:pPr>
        <w:pStyle w:val="ListNumber"/>
        <w:spacing w:line="240" w:lineRule="auto"/>
        <w:ind w:left="720"/>
      </w:pPr>
      <w:r/>
      <w:hyperlink r:id="rId14">
        <w:r>
          <w:rPr>
            <w:color w:val="0000EE"/>
            <w:u w:val="single"/>
          </w:rPr>
          <w:t>https://www.tripadvisor.com/Hotel_Review-g293916-d19626625-Reviews-Kimpton_Maa_Lai_Bangkok-Bangkok.html</w:t>
        </w:r>
      </w:hyperlink>
      <w:r>
        <w:t xml:space="preserve"> - Kimpton Maa-Lai Bangkok is a luxury hotel located in the Langsuan neighbourhood of Bangkok, Thailand. The hotel offers a range of accommodations, including rooms, suites, and villas, each designed with contemporary Thai elegance. Guests can enjoy various amenities, including a spa, swimming pools, fitness centre, and diverse dining options. The hotel is situated near Lumphini Park, providing easy access to Bangkok's attractions, shopping districts, and entertainment venues. (</w:t>
      </w:r>
      <w:hyperlink r:id="rId21">
        <w:r>
          <w:rPr>
            <w:color w:val="0000EE"/>
            <w:u w:val="single"/>
          </w:rPr>
          <w:t>tripadvisor.com</w:t>
        </w:r>
      </w:hyperlink>
      <w:r>
        <w:t>)</w:t>
      </w:r>
      <w:r/>
    </w:p>
    <w:p>
      <w:pPr>
        <w:pStyle w:val="ListNumber"/>
        <w:spacing w:line="240" w:lineRule="auto"/>
        <w:ind w:left="720"/>
      </w:pPr>
      <w:r/>
      <w:hyperlink r:id="rId15">
        <w:r>
          <w:rPr>
            <w:color w:val="0000EE"/>
            <w:u w:val="single"/>
          </w:rPr>
          <w:t>https://www.kimptonmaalaibangkok.com/bangkok/map-and-directions/</w:t>
        </w:r>
      </w:hyperlink>
      <w:r>
        <w:t xml:space="preserve"> - Kimpton Maa-Lai Bangkok is a luxury hotel located in the Langsuan neighbourhood of Bangkok, Thailand. The hotel offers a range of accommodations, including rooms, suites, and villas, each designed with contemporary Thai elegance. Guests can enjoy various amenities, including a spa, swimming pools, fitness centre, and diverse dining options. The hotel is situated near Lumphini Park, providing easy access to Bangkok's attractions, shopping districts, and entertainment venues. (</w:t>
      </w:r>
      <w:hyperlink r:id="rId22">
        <w:r>
          <w:rPr>
            <w:color w:val="0000EE"/>
            <w:u w:val="single"/>
          </w:rPr>
          <w:t>kimptonmaalaibangkok.com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ophotel.news/ihg-brings-kimpton-to-phang-nga/" TargetMode="External"/><Relationship Id="rId10" Type="http://schemas.openxmlformats.org/officeDocument/2006/relationships/hyperlink" Target="https://www.ihgplc.com/en/news-and-media/news-releases/2026/ihg-hotels-and-resorts-brings-kimpton-to-phang-nga-expanding-luxury-and-lifestyle-footprint-in-thailand" TargetMode="External"/><Relationship Id="rId11" Type="http://schemas.openxmlformats.org/officeDocument/2006/relationships/hyperlink" Target="https://www.ttgasia.com/2026/08/11/ihg-grows-kimpton-portfolio-with-phang-nga-signing/" TargetMode="External"/><Relationship Id="rId12" Type="http://schemas.openxmlformats.org/officeDocument/2006/relationships/hyperlink" Target="https://www.ttrweekly.com/site/2026/08/ihg-hotels-resorts-brings-kimpton-to-phang-nga/" TargetMode="External"/><Relationship Id="rId13" Type="http://schemas.openxmlformats.org/officeDocument/2006/relationships/hyperlink" Target="https://www.kimptonkitalaysamui.com/" TargetMode="External"/><Relationship Id="rId14" Type="http://schemas.openxmlformats.org/officeDocument/2006/relationships/hyperlink" Target="https://www.tripadvisor.com/Hotel_Review-g293916-d19626625-Reviews-Kimpton_Maa_Lai_Bangkok-Bangkok.html" TargetMode="External"/><Relationship Id="rId15" Type="http://schemas.openxmlformats.org/officeDocument/2006/relationships/hyperlink" Target="https://www.kimptonmaalaibangkok.com/bangkok/map-and-directions/" TargetMode="External"/><Relationship Id="rId16" Type="http://schemas.openxmlformats.org/officeDocument/2006/relationships/hyperlink" Target="https://www.noahwire.com" TargetMode="External"/><Relationship Id="rId17" Type="http://schemas.openxmlformats.org/officeDocument/2006/relationships/hyperlink" Target="https://www.ihgplc.com/en/news-and-media/news-releases/2026/ihg-hotels-and-resorts-brings-kimpton-to-phang-nga-expanding-luxury-and-lifestyle-footprint-in-thailand?utm_source=openai" TargetMode="External"/><Relationship Id="rId18" Type="http://schemas.openxmlformats.org/officeDocument/2006/relationships/hyperlink" Target="https://www.kimptonkitalaysamui.com/?utm_source=openai" TargetMode="External"/><Relationship Id="rId19" Type="http://schemas.openxmlformats.org/officeDocument/2006/relationships/hyperlink" Target="https://www.ttgasia.com/2026/08/11/ihg-grows-kimpton-portfolio-with-phang-nga-signing/?utm_source=openai" TargetMode="External"/><Relationship Id="rId20" Type="http://schemas.openxmlformats.org/officeDocument/2006/relationships/hyperlink" Target="https://www.ttrweekly.com/site/2026/08/ihg-hotels-resorts-brings-kimpton-to-phang-nga/?utm_source=openai" TargetMode="External"/><Relationship Id="rId21" Type="http://schemas.openxmlformats.org/officeDocument/2006/relationships/hyperlink" Target="https://www.tripadvisor.com/Hotel_Review-g293916-d19626625-Reviews-Kimpton_Maa_Lai_Bangkok-Bangkok.html?utm_source=openai" TargetMode="External"/><Relationship Id="rId22" Type="http://schemas.openxmlformats.org/officeDocument/2006/relationships/hyperlink" Target="https://www.kimptonmaalaibangkok.com/bangkok/map-and-direction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