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 Flora Spa revamps Phuket’s wellness scene with extensive treatments and prime location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Just a short distance from Patong Beach, De Flora Spa offers an easy escape for travellers who want proper downtime without straying far from Phuket’s busiest stretch of sand. The spa has built a strong reputation for combining traditional Thai healing with a calm, polished setting, and it remains a popular stop for visitors looking to reset after a day of sightseeing, swimming or nightlife.</w:t>
      </w:r>
      <w:r/>
    </w:p>
    <w:p>
      <w:r/>
      <w:r>
        <w:t>The appeal lies in the breadth of the menu. There are more than 100 treatments, ranging from classic Thai massage and hot stone therapy to foot massages, facials and full-body rituals. According to spa listings and visitor reviews, the venue is known for its professional therapists, tranquil atmosphere and consistent standards, with ratings that place it among Patong’s better-regarded wellness addresses. The spa also stays open long hours, making it a flexible choice for an afternoon recharge or a late-evening wind-down.</w:t>
      </w:r>
      <w:r/>
    </w:p>
    <w:p>
      <w:r/>
      <w:r>
        <w:t>For guests who want something restorative but not overindulgent, the traditional Thai massage is the most straightforward option. It uses stretching, pressure and acupressure to work on travel-stiff muscles, while the signature Thai oil massage adds a gentler, more fluid touch with botanical oils. Facial treatments, body scrubs and wraps are also available for those who want a fuller spa session, and several travel guides note that many visitors spend two to three hours here rather than just dropping in for a quick treatment.</w:t>
      </w:r>
      <w:r/>
    </w:p>
    <w:p>
      <w:r/>
      <w:r>
        <w:t>Couples are also well catered for, with side-by-side packages designed for honeymoons, anniversaries or simply a shared break from the beach crowds. These combine scrubs, massages and other treatments in private rooms, turning the visit into a more leisurely experience. Traveller reviews also point to practical touches such as cleanliness, attentive service and convenient payment options, all of which help make the spa feel straightforward and easy to book into a holiday.</w:t>
      </w:r>
      <w:r/>
    </w:p>
    <w:p>
      <w:r/>
      <w:r>
        <w:t>For anyone staying near Patong who wants relaxation without losing half a day to travel, De Flora Spa is an appealing option. Its strength is not in novelty but in range, consistency and location: a serene place to ease tired muscles, refresh skin and step back into Phuket’s pace feeling considerably more restored.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[4]</w:t>
        </w:r>
      </w:hyperlink>
      <w:r>
        <w:t xml:space="preserve">, </w:t>
      </w:r>
      <w:hyperlink r:id="rId14">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5">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[4]</w:t>
        </w:r>
      </w:hyperlink>
      <w:r>
        <w:t xml:space="preserve">, </w:t>
      </w:r>
      <w:hyperlink r:id="rId15">
        <w:r>
          <w:rPr>
            <w:color w:val="0000EE"/>
            <w:u w:val="single"/>
          </w:rPr>
          <w:t>[6]</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https://silverkris.singaporeair.com/guide/thailand/hkt/do-phuket/de-flora-spa/</w:t>
        </w:r>
      </w:hyperlink>
      <w:r>
        <w:t xml:space="preserve"> - Please view link - unable to able to access data</w:t>
      </w:r>
      <w:r/>
    </w:p>
    <w:p>
      <w:pPr>
        <w:pStyle w:val="ListNumber"/>
        <w:spacing w:line="240" w:lineRule="auto"/>
        <w:ind w:left="720"/>
      </w:pPr>
      <w:r/>
      <w:hyperlink r:id="rId10">
        <w:r>
          <w:rPr>
            <w:color w:val="0000EE"/>
            <w:u w:val="single"/>
          </w:rPr>
          <w:t>https://www.50bestspa.com/spa/de-flora-spa-massage-phuket</w:t>
        </w:r>
      </w:hyperlink>
      <w:r>
        <w:t xml:space="preserve"> - De Flora Spa &amp; Massage Phuket is a highly-rated day spa located in Phuket, Thailand, offering a range of services including Relaxation Massage, Deep Tissue Massage, Aromatherapy, Facial Treatment, and Body Scrub &amp; Wrap. The spa boasts a Google rating of 4.5 out of 5, based on 1,600 reviews, reflecting its consistent quality and customer satisfaction. The treatments are designed to provide a restorative experience, combining traditional Thai techniques with modern wellness practices. The serene environment and professional staff contribute to its reputation as a top wellness destination in Phuket.</w:t>
      </w:r>
      <w:r/>
    </w:p>
    <w:p>
      <w:pPr>
        <w:pStyle w:val="ListNumber"/>
        <w:spacing w:line="240" w:lineRule="auto"/>
        <w:ind w:left="720"/>
      </w:pPr>
      <w:r/>
      <w:hyperlink r:id="rId11">
        <w:r>
          <w:rPr>
            <w:color w:val="0000EE"/>
            <w:u w:val="single"/>
          </w:rPr>
          <w:t>https://www.tripadvisor.com/Attraction_Review-g297930-d13988799-Reviews-De_Flora_Spa-Patong_Kathu_Phuket.html</w:t>
        </w:r>
      </w:hyperlink>
      <w:r>
        <w:t xml:space="preserve"> - De Flora Spa in Patong, Phuket, offers a range of traditional Thai healing techniques aimed at restoring balance and promoting relaxation. The spa's treatments are inspired by Thai knowledge passed down through generations, focusing on improving health and well-being. Services include various massages, facials, and body treatments, all using natural ingredients to create a tranquil experience. The spa operates daily from 10:00 AM to 12:00 AM, providing flexibility for guests seeking relaxation at different times. The serene atmosphere and professional staff enhance the overall experience, making it a popular choice among visitors.</w:t>
      </w:r>
      <w:r/>
    </w:p>
    <w:p>
      <w:pPr>
        <w:pStyle w:val="ListNumber"/>
        <w:spacing w:line="240" w:lineRule="auto"/>
        <w:ind w:left="720"/>
      </w:pPr>
      <w:r/>
      <w:hyperlink r:id="rId13">
        <w:r>
          <w:rPr>
            <w:color w:val="0000EE"/>
            <w:u w:val="single"/>
          </w:rPr>
          <w:t>https://intravel.net/phuket/entertainment/de-flora-spa-and-massage</w:t>
        </w:r>
      </w:hyperlink>
      <w:r>
        <w:t xml:space="preserve"> - De Flora Spa &amp; Massage in Phuket is a serene escape offering luxurious treatments such as Thai oil massages, collagen facials, and classic pedicures. The spa is praised for its high level of cleanliness and attentive, professional staff. Visitors typically spend about 2-3 hours indulging in these services, which have garnered positive feedback. Customers consistently find the services to be a great value for the price. Credit card payments are conveniently accepted, making transactions smooth. De Flora Spa &amp; Massage comes highly recommended for anyone seeking relaxation and top-notch service.</w:t>
      </w:r>
      <w:r/>
    </w:p>
    <w:p>
      <w:pPr>
        <w:pStyle w:val="ListNumber"/>
        <w:spacing w:line="240" w:lineRule="auto"/>
        <w:ind w:left="720"/>
      </w:pPr>
      <w:r/>
      <w:hyperlink r:id="rId12">
        <w:r>
          <w:rPr>
            <w:color w:val="0000EE"/>
            <w:u w:val="single"/>
          </w:rPr>
          <w:t>https://www.phuket.net/directory/profile/de-flora-spa-patong/</w:t>
        </w:r>
      </w:hyperlink>
      <w:r>
        <w:t xml:space="preserve"> - De Flora Spa Patong, located on Rat U-Thit 200 Pee Road near Patong Beach, offers a luxurious spa experience with quality treatments and services including foot massages, full body massages, aroma massages, and slimming Thai massages, all provided by professional therapists. The spa is known for its comfortable environment and high-quality services, making it a popular choice for those seeking relaxation and rejuvenation in Phuket. The serene atmosphere and professional staff contribute to its reputation as a top wellness destination in the area.</w:t>
      </w:r>
      <w:r/>
    </w:p>
    <w:p>
      <w:pPr>
        <w:pStyle w:val="ListNumber"/>
        <w:spacing w:line="240" w:lineRule="auto"/>
        <w:ind w:left="720"/>
      </w:pPr>
      <w:r/>
      <w:hyperlink r:id="rId15">
        <w:r>
          <w:rPr>
            <w:color w:val="0000EE"/>
            <w:u w:val="single"/>
          </w:rPr>
          <w:t>https://www.klook.com/en-US/activity/77346-de-flora-spa-phuket/</w:t>
        </w:r>
      </w:hyperlink>
      <w:r>
        <w:t xml:space="preserve"> - De Flora Spa, located just 200 meters from Patong Beach, offers a peaceful and tranquil atmosphere for relaxation. The spa provides a blend of traditional Thai and aromatic oil massages aimed at increasing relaxation, relieving tension, and restoring agility. After each treatment, guests are served a traditional Thai herbal drink, enhancing the overall experience. The spa is known for its serene environment and professional staff, making it a popular choice among visitors seeking relaxation and rejuvenation in Phuket.</w:t>
      </w:r>
      <w:r/>
    </w:p>
    <w:p>
      <w:pPr>
        <w:pStyle w:val="ListNumber"/>
        <w:spacing w:line="240" w:lineRule="auto"/>
        <w:ind w:left="720"/>
      </w:pPr>
      <w:r/>
      <w:hyperlink r:id="rId14">
        <w:r>
          <w:rPr>
            <w:color w:val="0000EE"/>
            <w:u w:val="single"/>
          </w:rPr>
          <w:t>https://wanderlog.com/place/details/1739547/de-flora-spa--massage</w:t>
        </w:r>
      </w:hyperlink>
      <w:r>
        <w:t xml:space="preserve"> - De Flora Spa &amp; Massage in Phuket is renowned for its professional staff and elegant ambiance, offering a range of rejuvenating services including facials, foot massages, full-body massages, aroma massages, scrub treatments, detox programs, and manicure-pedicure services. The spa also provides steam and sauna facilities for a complete relaxation experience. Visitors praise the excellent Thai massage and the beautiful setting of the spa. The serene atmosphere, professional staff, and variety of services make it a top choice for those seeking relaxation and rejuvenation in Phuket.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ilverkris.singaporeair.com/guide/thailand/hkt/do-phuket/de-flora-spa/" TargetMode="External"/><Relationship Id="rId10" Type="http://schemas.openxmlformats.org/officeDocument/2006/relationships/hyperlink" Target="https://www.50bestspa.com/spa/de-flora-spa-massage-phuket" TargetMode="External"/><Relationship Id="rId11" Type="http://schemas.openxmlformats.org/officeDocument/2006/relationships/hyperlink" Target="https://www.tripadvisor.com/Attraction_Review-g297930-d13988799-Reviews-De_Flora_Spa-Patong_Kathu_Phuket.html" TargetMode="External"/><Relationship Id="rId12" Type="http://schemas.openxmlformats.org/officeDocument/2006/relationships/hyperlink" Target="https://www.phuket.net/directory/profile/de-flora-spa-patong/" TargetMode="External"/><Relationship Id="rId13" Type="http://schemas.openxmlformats.org/officeDocument/2006/relationships/hyperlink" Target="https://intravel.net/phuket/entertainment/de-flora-spa-and-massage" TargetMode="External"/><Relationship Id="rId14" Type="http://schemas.openxmlformats.org/officeDocument/2006/relationships/hyperlink" Target="https://wanderlog.com/place/details/1739547/de-flora-spa--massage" TargetMode="External"/><Relationship Id="rId15" Type="http://schemas.openxmlformats.org/officeDocument/2006/relationships/hyperlink" Target="https://www.klook.com/en-US/activity/77346-de-flora-spa-phuke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