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 Hotels &amp; Resorts promotes slower, sustainable island escapes with latest campaign</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S Hotels &amp; Resorts is positioning its SAii Hotels &amp; Resorts brand as an antidote to hurried, screen-heavy travel with a new "It’s About Time" campaign that encourages guests to slow down and make the most of island escapes in Thailand and the Maldives. For travellers choosing where to stay, the appeal is straightforward: these are beachfront and island properties designed around relaxation, with easy access to sand, sea and a softer pace of life.</w:t>
      </w:r>
      <w:r/>
    </w:p>
    <w:p>
      <w:r/>
      <w:r>
        <w:t>The campaign spans SAii’s portfolio in Phuket, Phi Phi, Koh Samui and the Maldives, with each resort offering a slightly different kind of break. According to SAii Resorts’ own property listings, the group’s Thailand and Indian Ocean hotels range from family-friendly stays to more private, adults-oriented settings, giving holidaymakers a choice between lively shared spaces and quieter hideaways. The brand also presents itself as sustainable and locally rooted, with an emphasis on community engagement and a sense of place.</w:t>
      </w:r>
      <w:r/>
    </w:p>
    <w:p>
      <w:r/>
      <w:r>
        <w:t>For guests, the strongest draw is the way the resorts are packaged around simple holiday pleasures. SAii’s campaign materials highlight kayaking, reef trips, long lunches by the water, spa time, poolside reading and shared activities such as padel tennis and beachside socialising. At Santiburi Koh Samui, the concept is pushed further with a more secluded feel across 23 acres of tropical grounds, plus Mae Nam Beach access, a spa, a recently upgraded Technogym fitness centre and Sala Thai Restaurant for Thai dining in a calmer setting.</w:t>
      </w:r>
      <w:r/>
    </w:p>
    <w:p>
      <w:r/>
      <w:r>
        <w:t>Wellness is another clear thread. SAii Spa describes treatment spaces in Thailand and the Maldives as quiet retreats with sea, lagoon or garden views, and says therapies combine traditional Thai techniques with contemporary rituals. The brand also promotes a longer-stay offer called "Peace of Mind", which is aimed at travellers who want more than a quick stopover and includes extras such as wellness activities, dining benefits and time in nature. SAii Laguna Phuket is among the properties offering club lounge privileges and spa savings through that programme.</w:t>
      </w:r>
      <w:r/>
    </w:p>
    <w:p>
      <w:r/>
      <w:r>
        <w:t>For travellers looking at value, SAii is currently promoting early-booking savings of up to 30 per cent at SAii Laguna Phuket, SAii Phi Phi Island Village, SAii Koh Samui Villas, SAii Lagoon Maldives and Santiburi Koh Samui. The practical takeaway is that the brand is leaning into a familiar but appealing promise: easy island access, resort facilities suited to couples, families and wellness-minded guests, and enough variety across its Thai and Maldivian portfolio to suit different styles of escape.</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11">
        <w:r>
          <w:rPr>
            <w:color w:val="0000EE"/>
            <w:u w:val="single"/>
          </w:rPr>
          <w:t>[3]</w:t>
        </w:r>
      </w:hyperlink>
      <w:r>
        <w:t xml:space="preserve">, </w:t>
      </w:r>
      <w:hyperlink r:id="rId12">
        <w:r>
          <w:rPr>
            <w:color w:val="0000EE"/>
            <w:u w:val="single"/>
          </w:rPr>
          <w:t>[4]</w:t>
        </w:r>
      </w:hyperlink>
      <w:r>
        <w:t xml:space="preserve">- Paragraph 3: </w:t>
      </w:r>
      <w:hyperlink r:id="rId12">
        <w:r>
          <w:rPr>
            <w:color w:val="0000EE"/>
            <w:u w:val="single"/>
          </w:rPr>
          <w:t>[4]</w:t>
        </w:r>
      </w:hyperlink>
      <w:r>
        <w:t xml:space="preserve">, </w:t>
      </w:r>
      <w:hyperlink r:id="rId13">
        <w:r>
          <w:rPr>
            <w:color w:val="0000EE"/>
            <w:u w:val="single"/>
          </w:rPr>
          <w:t>[5]</w:t>
        </w:r>
      </w:hyperlink>
      <w:r>
        <w:t xml:space="preserve">- Paragraph 4: </w:t>
      </w:r>
      <w:hyperlink r:id="rId13">
        <w:r>
          <w:rPr>
            <w:color w:val="0000EE"/>
            <w:u w:val="single"/>
          </w:rPr>
          <w:t>[5]</w:t>
        </w:r>
      </w:hyperlink>
      <w:r>
        <w:t xml:space="preserve">, </w:t>
      </w:r>
      <w:hyperlink r:id="rId14">
        <w:r>
          <w:rPr>
            <w:color w:val="0000EE"/>
            <w:u w:val="single"/>
          </w:rPr>
          <w:t>[6]</w:t>
        </w:r>
      </w:hyperlink>
      <w:r>
        <w:t xml:space="preserve">- Paragraph 5: </w:t>
      </w:r>
      <w:hyperlink r:id="rId11">
        <w:r>
          <w:rPr>
            <w:color w:val="0000EE"/>
            <w:u w:val="single"/>
          </w:rPr>
          <w:t>[3]</w:t>
        </w:r>
      </w:hyperlink>
      <w:r>
        <w:t xml:space="preserve">, </w:t>
      </w:r>
      <w:hyperlink r:id="rId14">
        <w:r>
          <w:rPr>
            <w:color w:val="0000EE"/>
            <w:u w:val="single"/>
          </w:rPr>
          <w:t>[6]</w:t>
        </w:r>
      </w:hyperlink>
      <w:r/>
    </w:p>
    <w:p>
      <w:r/>
      <w:r>
        <w:t xml:space="preserve">Source: </w:t>
      </w:r>
      <w:hyperlink r:id="rId15">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https://www.breakingtravelnews.com/news/article/s-hotels-resorts-invites-travellers-to-reclaim-the-luxury-of-time/</w:t>
        </w:r>
      </w:hyperlink>
      <w:r>
        <w:t xml:space="preserve"> - Please view link - unable to able to access data</w:t>
      </w:r>
      <w:r/>
    </w:p>
    <w:p>
      <w:pPr>
        <w:pStyle w:val="ListNumber"/>
        <w:spacing w:line="240" w:lineRule="auto"/>
        <w:ind w:left="720"/>
      </w:pPr>
      <w:r/>
      <w:hyperlink r:id="rId10">
        <w:r>
          <w:rPr>
            <w:color w:val="0000EE"/>
            <w:u w:val="single"/>
          </w:rPr>
          <w:t>https://www.saiiresorts.com/</w:t>
        </w:r>
      </w:hyperlink>
      <w:r>
        <w:t xml:space="preserve"> - SAii Resorts is a sustainable lifestyle brand offering luxury experiences in Asia Pacific and the Indian Ocean. Their portfolio includes destinations in Phuket, Phi Phi Island, the Maldives, and Koh Samui, each providing unique experiences that blend local culture with modern comforts. The resorts emphasize eco-friendly practices and community engagement, aiming to provide guests with memorable stays that reflect the essence of their surroundings.</w:t>
      </w:r>
      <w:r/>
    </w:p>
    <w:p>
      <w:pPr>
        <w:pStyle w:val="ListNumber"/>
        <w:spacing w:line="240" w:lineRule="auto"/>
        <w:ind w:left="720"/>
      </w:pPr>
      <w:r/>
      <w:hyperlink r:id="rId11">
        <w:r>
          <w:rPr>
            <w:color w:val="0000EE"/>
            <w:u w:val="single"/>
          </w:rPr>
          <w:t>https://www.saiiresorts.com/find-a-saii/</w:t>
        </w:r>
      </w:hyperlink>
      <w:r>
        <w:t xml:space="preserve"> - SAii Resorts offers a selection of beachfront properties in Thailand and the Maldives, each designed to provide guests with a unique and immersive experience. Locations include SAii Laguna Phuket, SAii Phi Phi Island Village, SAii Maldives Lagoon, and SAii Koh Samui Villas. Each resort is tailored to offer a distinct atmosphere, from family-friendly environments to adults-only retreats, ensuring a personalized stay for every guest.</w:t>
      </w:r>
      <w:r/>
    </w:p>
    <w:p>
      <w:pPr>
        <w:pStyle w:val="ListNumber"/>
        <w:spacing w:line="240" w:lineRule="auto"/>
        <w:ind w:left="720"/>
      </w:pPr>
      <w:r/>
      <w:hyperlink r:id="rId12">
        <w:r>
          <w:rPr>
            <w:color w:val="0000EE"/>
            <w:u w:val="single"/>
          </w:rPr>
          <w:t>https://www.saiiresorts.com/press/s-hotels-resorts-free-spirited-lifestyle-brand-saii-celebrates-homecoming-as-two-beachfront-resorts-open-in-thailand-2/</w:t>
        </w:r>
      </w:hyperlink>
      <w:r>
        <w:t xml:space="preserve"> - In February 2021, SAii Resorts expanded its presence in Thailand with the opening of SAii Laguna Phuket and SAii Phi Phi Island Village. These resorts introduced unique culinary and wellness concepts to the Thai market, including Mr Tomyam, Miss Olive Oyl, and Lèn Be Well. The expansion reflects SAii's commitment to bringing its free-spirited lifestyle brand to its home country, offering guests a blend of local traditions and modern luxury.</w:t>
      </w:r>
      <w:r/>
    </w:p>
    <w:p>
      <w:pPr>
        <w:pStyle w:val="ListNumber"/>
        <w:spacing w:line="240" w:lineRule="auto"/>
        <w:ind w:left="720"/>
      </w:pPr>
      <w:r/>
      <w:hyperlink r:id="rId13">
        <w:r>
          <w:rPr>
            <w:color w:val="0000EE"/>
            <w:u w:val="single"/>
          </w:rPr>
          <w:t>https://www.saiiresorts.com/saii-spa/</w:t>
        </w:r>
      </w:hyperlink>
      <w:r>
        <w:t xml:space="preserve"> - SAii Spa provides a range of wellness experiences across its resorts in Thailand and the Maldives. Each spa is designed as a peaceful sanctuary where guests can reconnect and restore balance. Treatments include traditional Thai therapies and contemporary wellness rituals, guided by expert therapists using local ingredients. The spas offer serene settings with views of the sea, lagoon, or gardens, aiming to provide moments of pure relaxation and peace of mind.</w:t>
      </w:r>
      <w:r/>
    </w:p>
    <w:p>
      <w:pPr>
        <w:pStyle w:val="ListNumber"/>
        <w:spacing w:line="240" w:lineRule="auto"/>
        <w:ind w:left="720"/>
      </w:pPr>
      <w:r/>
      <w:hyperlink r:id="rId14">
        <w:r>
          <w:rPr>
            <w:color w:val="0000EE"/>
            <w:u w:val="single"/>
          </w:rPr>
          <w:t>https://www.saiiresorts.com/peace-of-mind/</w:t>
        </w:r>
      </w:hyperlink>
      <w:r>
        <w:t xml:space="preserve"> - SAii Resorts' 'Peace of Mind' programme is designed to reward longer stays with meaningful value, offering experiences such as wellness activities, thoughtful dining, and time in nature. Tailored to each destination, the programme shares the promise of more time, balance, and reasons to relax. For example, at SAii Laguna Phuket, guests can enjoy extended stays with exclusive Club Lounge privileges, daily wellness activities, and spa savings, ideal for relaxed beachfront escapes.</w:t>
      </w:r>
      <w:r/>
    </w:p>
    <w:p>
      <w:pPr>
        <w:pStyle w:val="ListNumber"/>
        <w:spacing w:line="240" w:lineRule="auto"/>
        <w:ind w:left="720"/>
      </w:pPr>
      <w:r/>
      <w:hyperlink r:id="rId16">
        <w:r>
          <w:rPr>
            <w:color w:val="0000EE"/>
            <w:u w:val="single"/>
          </w:rPr>
          <w:t>https://www.saiiresorts.com/zh/</w:t>
        </w:r>
      </w:hyperlink>
      <w:r>
        <w:t xml:space="preserve"> - SAii Resorts' official website offers information about their luxury hotels in Thailand and the Maldives. The site provides details on destinations such as Phuket, Phi Phi, Koh Samui, and the Maldives, highlighting the resorts' commitment to sustainable stays, quality dining, and natural immersions. The website emphasizes the freedom for guests to be themselves in inspirational settings, with options for exhilarating adventures, soothing spa treatments, and authentic local experiences.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breakingtravelnews.com/news/article/s-hotels-resorts-invites-travellers-to-reclaim-the-luxury-of-time/" TargetMode="External"/><Relationship Id="rId10" Type="http://schemas.openxmlformats.org/officeDocument/2006/relationships/hyperlink" Target="https://www.saiiresorts.com/" TargetMode="External"/><Relationship Id="rId11" Type="http://schemas.openxmlformats.org/officeDocument/2006/relationships/hyperlink" Target="https://www.saiiresorts.com/find-a-saii/" TargetMode="External"/><Relationship Id="rId12" Type="http://schemas.openxmlformats.org/officeDocument/2006/relationships/hyperlink" Target="https://www.saiiresorts.com/press/s-hotels-resorts-free-spirited-lifestyle-brand-saii-celebrates-homecoming-as-two-beachfront-resorts-open-in-thailand-2/" TargetMode="External"/><Relationship Id="rId13" Type="http://schemas.openxmlformats.org/officeDocument/2006/relationships/hyperlink" Target="https://www.saiiresorts.com/saii-spa/" TargetMode="External"/><Relationship Id="rId14" Type="http://schemas.openxmlformats.org/officeDocument/2006/relationships/hyperlink" Target="https://www.saiiresorts.com/peace-of-mind/" TargetMode="External"/><Relationship Id="rId15" Type="http://schemas.openxmlformats.org/officeDocument/2006/relationships/hyperlink" Target="https://www.noahwire.com" TargetMode="External"/><Relationship Id="rId16" Type="http://schemas.openxmlformats.org/officeDocument/2006/relationships/hyperlink" Target="https://www.saiiresorts.com/z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