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Kamalaya launches lunar-inspired wellness retreat to foster spiritual reset this autumn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Kamalaya Wellness Sanctuary in Koh Samui is adding a new reason for guests to visit this autumn, with the launch of Sacred Renewal, a multi-night programme built around lunar phases, spiritual practice and restorative therapies. The retreat, which marks the property’s 21st anniversary, is due to begin on 1 October and is offered as an eight-, 11- or 15-night stay, with prices for the shortest version starting from THB120,633 before accommodation. According to Kamalaya, the programme is designed to appeal to travellers looking for a deeper sense of reset rather than a conventional spa break.</w:t>
      </w:r>
      <w:r/>
    </w:p>
    <w:p>
      <w:r/>
      <w:r>
        <w:t>The experience is shaped around the full lunar cycle, moving from the waxing moon, associated in classical yogic and Vedic thought with growth and illumination, to the waning moon, which is linked to release, purification and inward reflection. Kamalaya says guests are guided through rituals, meditation, breath awareness, mantra, mindful movement and one-to-one sessions intended to help clear mental and physical stagnation while building steadiness and clarity.</w:t>
      </w:r>
      <w:r/>
    </w:p>
    <w:p>
      <w:r/>
      <w:r>
        <w:t>For travellers, the appeal lies in how the programme blends spirituality with practical wellness treatments. Kamalaya says Sacred Renewal also draws on Ayurveda, Traditional Chinese Medicine, Taoist healing and Reiki, alongside elemental work based on the Pancha Mahābhūtas: earth for grounding, water for receptivity, fire for discipline, air for movement and ether for stillness. The sanctuary says these elements are used to help visitors feel more balanced, energised and connected to their surroundings during their stay.</w:t>
      </w:r>
      <w:r/>
    </w:p>
    <w:p>
      <w:r/>
      <w:r>
        <w:t>Gopal Kumar, the general manager and group director of wellness, said Kamalaya’s approach has been shaped by ancient wisdom rather than passing trends. In a statement, he described Sacred Renewal as a return to simple, sacred practices lived with awareness, and said guests are invited to align with the lunar cycle in a way that supports inner coherence and spiritual attunement.</w:t>
      </w:r>
      <w:r/>
    </w:p>
    <w:p>
      <w:r/>
      <w:r>
        <w:t>That positioning fits the wider market for destination wellness travel in Thailand, where guests increasingly look for retreats that combine a beautiful setting with a clear sense of purpose. On Koh Samui, Kamalaya is leaning into that demand with a programme that is less about indulgence and more about structure, reflection and recovery, making it likely to appeal to travellers seeking time out that feels both restorative and meaningful.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Paragraph 4: </w:t>
      </w:r>
      <w:hyperlink r:id="rId9">
        <w:r>
          <w:rPr>
            <w:color w:val="0000EE"/>
            <w:u w:val="single"/>
          </w:rPr>
          <w:t>[1]</w:t>
        </w:r>
      </w:hyperlink>
      <w:r>
        <w:t xml:space="preserve">- Paragraph 5: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https://www.mindanaotimes.com.ph/kamalaya-introduces-sacred-renewal/?utm_source=rss&amp;utm_medium=rss&amp;utm_campaign=kamalaya-introduces-sacred-renewal</w:t>
        </w:r>
      </w:hyperlink>
      <w:r>
        <w:t xml:space="preserve"> - Please view link - unable to able to access data</w:t>
      </w:r>
      <w:r/>
    </w:p>
    <w:p>
      <w:pPr>
        <w:pStyle w:val="ListNumber"/>
        <w:spacing w:line="240" w:lineRule="auto"/>
        <w:ind w:left="720"/>
      </w:pPr>
      <w:r/>
      <w:hyperlink r:id="rId10">
        <w:r>
          <w:rPr>
            <w:color w:val="0000EE"/>
            <w:u w:val="single"/>
          </w:rPr>
          <w:t>https://kamalaya.com/sacred-renewal/</w:t>
        </w:r>
      </w:hyperlink>
      <w:r>
        <w:t xml:space="preserve"> - Kamalaya Wellness Sanctuary offers the Sacred Renewal programme, an immersive spiritual journey rooted in ancient wisdom and the lunar cycle. The programme integrates sacred rituals, elemental practices, intuitive guidance, meditation, and ancient healing traditions to restore harmony across body, mind, and spirit. It follows the complete lunar cycle from Śukla Pakṣa, the waxing moon of expansion and illumination, to Kṛṣṇa Pakṣa, the waning moon of reflection, purification, and surrender. Complemented by carefully selected therapeutic and energy-based Vedic practices, Ayurveda, Traditional Chinese Medicine, Taoist healing, and Reiki, the journey gently cultivates inner stillness, vitality, spiritual awareness, and a way of living that extends well beyond your stay at Kamalaya. The programme is available as an 8, 11, or 15-night stay, with the 8-night programme starting from THB120,633, excluding accommodation.</w:t>
      </w:r>
      <w:r/>
    </w:p>
    <w:p>
      <w:pPr>
        <w:pStyle w:val="ListNumber"/>
        <w:spacing w:line="240" w:lineRule="auto"/>
        <w:ind w:left="720"/>
      </w:pPr>
      <w:r/>
      <w:hyperlink r:id="rId11">
        <w:r>
          <w:rPr>
            <w:color w:val="0000EE"/>
            <w:u w:val="single"/>
          </w:rPr>
          <w:t>https://awakenedroots.com/</w:t>
        </w:r>
      </w:hyperlink>
      <w:r>
        <w:t xml:space="preserve"> - Awakened Roots is a sanctuary for the soul, offering holistic wellness rituals, spiritual guidance, and curated lifestyle experiences rooted in sacred tradition. The sanctuary provides a curated space where ancient botanical rituals, energy healing, and mindful living converge, crafted for those who seek depth, beauty, and authentic transformation. Awakened Roots was born from a deep reverence for the sacred rhythms of nature and the timeless wisdom of ancestral healing traditions. The sanctuary offers a curated space where ancient botanical rituals, energy healing, and mindful living converge, crafted for those who seek depth, beauty, and authentic transformation.</w:t>
      </w:r>
      <w:r/>
    </w:p>
    <w:p>
      <w:pPr>
        <w:pStyle w:val="ListNumber"/>
        <w:spacing w:line="240" w:lineRule="auto"/>
        <w:ind w:left="720"/>
      </w:pPr>
      <w:r/>
      <w:hyperlink r:id="rId12">
        <w:r>
          <w:rPr>
            <w:color w:val="0000EE"/>
            <w:u w:val="single"/>
          </w:rPr>
          <w:t>https://www.healersharvest.com/sacredfem</w:t>
        </w:r>
      </w:hyperlink>
      <w:r>
        <w:t xml:space="preserve"> - Healer's Harvest offers the Sacred Fem New Moon Circle, a time for sacred renewal and connection. In a safe and supportive space, participants come together in devotion to the natural world and their feminine essence. Carrying forward ancient lunar wisdom, the circle meets the new moon as a powerful time for setting intentions, reflecting on inner worlds, and planting seeds for new beginnings. The moon, a symbol of femininity, mirrors the ebb and flow of emotion, intuitive insight, and a woman’s monthly cycle, containing the potential for creation of new life. The circle draws upon this powerful force to release and rebirth, providing a safe space to nurture and cultivate healthy feminine energy and relationships.</w:t>
      </w:r>
      <w:r/>
    </w:p>
    <w:p>
      <w:pPr>
        <w:pStyle w:val="ListNumber"/>
        <w:spacing w:line="240" w:lineRule="auto"/>
        <w:ind w:left="720"/>
      </w:pPr>
      <w:r/>
      <w:hyperlink r:id="rId13">
        <w:r>
          <w:rPr>
            <w:color w:val="0000EE"/>
            <w:u w:val="single"/>
          </w:rPr>
          <w:t>https://sacredhuman.org/lunaralchemy</w:t>
        </w:r>
      </w:hyperlink>
      <w:r>
        <w:t xml:space="preserve"> - Sacred:Human offers Lunar Alchemy, a monthly alchemical ceremony that applies Tarot, astrology, and sound to resonate with the archetypal energy of the full moon. Each lunar attunement weaves guided meditation, sound alchemy, and shadow integration with energy work to attune to cosmic consciousness and harmonize the instrument of the body. The ceremony includes a ritual, journal pages with a tarot spread, reflection prompts, and guided ritual to repeat on the full moon, an astro infosheet describing the lunar archetype, a prescription for vibrational medicine to connect to the astrological weather, and a live-recorded, deeply hypnotic sound healing meditation. Space is limited to 15 participants, with a fee of $50.</w:t>
      </w:r>
      <w:r/>
    </w:p>
    <w:p>
      <w:pPr>
        <w:pStyle w:val="ListNumber"/>
        <w:spacing w:line="240" w:lineRule="auto"/>
        <w:ind w:left="720"/>
      </w:pPr>
      <w:r/>
      <w:hyperlink r:id="rId14">
        <w:r>
          <w:rPr>
            <w:color w:val="0000EE"/>
            <w:u w:val="single"/>
          </w:rPr>
          <w:t>https://kamalaya.com/th/radiant-bliss-wellness-retreat/</w:t>
        </w:r>
      </w:hyperlink>
      <w:r>
        <w:t xml:space="preserve"> - Kamalaya Wellness Sanctuary offers 'Radiant Bliss', a bespoke wellness retreat designed to support women’s health, vitality, and emotional wellbeing. The programme helps women reconnect with their natural rhythms while gracefully navigating key life transitions, from preparing for motherhood to embracing perimenopause and managing menopause. It offers personalised therapies, expert guidance, and a nurturing space for personal restoration, empowerment, and healing. The programme focuses on hormonal balance and vitality, nurturing women through every stage of life, providing tools and guidance to maintain equilibrium and vitality. It blends time-honoured Eastern healing practices with contemporary wellness expertise, offering a truly integrative retreat experience.</w:t>
      </w:r>
      <w:r/>
    </w:p>
    <w:p>
      <w:pPr>
        <w:pStyle w:val="ListNumber"/>
        <w:spacing w:line="240" w:lineRule="auto"/>
        <w:ind w:left="720"/>
      </w:pPr>
      <w:r/>
      <w:hyperlink r:id="rId15">
        <w:r>
          <w:rPr>
            <w:color w:val="0000EE"/>
            <w:u w:val="single"/>
          </w:rPr>
          <w:t>https://www.barerootsenergy.com/sacredrhythms</w:t>
        </w:r>
      </w:hyperlink>
      <w:r>
        <w:t xml:space="preserve"> - Bare Roots Energy offers Sacred Rhythms, a monthly gathering that follows the moon and the natural cycles of the Earth to uncover the natural cycles of our living field of creation. Each month, participants open up sacred space and welcome in the flood of energy that connects them to their inner being, the Earth, and all of the guidance they need. The programme tailors its beauty and health information to the female body, teaching self-healing practices to support and nurture the balance of the energetic body and the Divine Feminine and Masculine in the safe container of a close-knit circle. Each month, the group meets at or near the New Moon to cleanse their energy bodies and empty their sacred vessels to enhance their evolution and move into the life they choose and create.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ndanaotimes.com.ph/kamalaya-introduces-sacred-renewal/?utm_source=rss&amp;utm_medium=rss&amp;utm_campaign=kamalaya-introduces-sacred-renewal" TargetMode="External"/><Relationship Id="rId10" Type="http://schemas.openxmlformats.org/officeDocument/2006/relationships/hyperlink" Target="https://kamalaya.com/sacred-renewal/" TargetMode="External"/><Relationship Id="rId11" Type="http://schemas.openxmlformats.org/officeDocument/2006/relationships/hyperlink" Target="https://awakenedroots.com/" TargetMode="External"/><Relationship Id="rId12" Type="http://schemas.openxmlformats.org/officeDocument/2006/relationships/hyperlink" Target="https://www.healersharvest.com/sacredfem" TargetMode="External"/><Relationship Id="rId13" Type="http://schemas.openxmlformats.org/officeDocument/2006/relationships/hyperlink" Target="https://sacredhuman.org/lunaralchemy" TargetMode="External"/><Relationship Id="rId14" Type="http://schemas.openxmlformats.org/officeDocument/2006/relationships/hyperlink" Target="https://kamalaya.com/th/radiant-bliss-wellness-retreat/" TargetMode="External"/><Relationship Id="rId15" Type="http://schemas.openxmlformats.org/officeDocument/2006/relationships/hyperlink" Target="https://www.barerootsenergy.com/sacredrhythms"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