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Chiva-Som Hua Hin wins inaugural Thailand wellness services award, reinforcing its global wellness leadership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Chiva-Som Hua Hin has been recognised by Thailand’s Ministry of Commerce with the inaugural Best Services Enterprise – Wellness Services award at the Prime Minister’s Export Award 2026, a distinction presented at Government House on 7 August by Prime Minister Anutin Charnvirakul. For travellers, the accolade adds official weight to what the resort has long marketed as its main appeal: a destination stay built around serious wellness rather than a conventional beach holiday.</w:t>
      </w:r>
      <w:r/>
    </w:p>
    <w:p>
      <w:r/>
      <w:r>
        <w:t>Set in Hua Hin, the resort is widely regarded as one of Asia’s pioneering wellness retreats. According to Chiva-Som, it was founded in 1995 by Thai businessman Boonchu Rojanastien and has spent more than three decades refining a model that blends tailored health programmes, specialist therapies and a broader philosophy of physical, mental and emotional balance. That history helps explain why the property continues to appear on major award lists, including Condé Nast Traveler’s Gold List 2026 and The Global Spa Awards’ Best Wellness Retreat in Asia.</w:t>
      </w:r>
      <w:r/>
    </w:p>
    <w:p>
      <w:r/>
      <w:r>
        <w:t>For guests deciding whether the experience suits them, the practical attraction lies in the depth of the wellness offer. Chiva-Som says its approach extends beyond spa treatment rooms to include personalised care, healthy eating and a calmer, more restorative pace of stay. The resort also emphasises sustainability in ways that may matter to wellness-minded travellers, from organic farming to on-site produce used in its kitchens. According to the resort, its Hua Hin farms grow more than 100 varieties of produce under internationally recognised organic standards certified by IFOAM.</w:t>
      </w:r>
      <w:r/>
    </w:p>
    <w:p>
      <w:r/>
      <w:r>
        <w:t>The resort also presents itself as part of the wider community and environmental life of Hua Hin. Chiva-Som says it helped establish the Preserve Hua Hin Group in 2004, supporting activities including beach clean-ups, reforestation and carbon-neutral events, while its mangrove conservation project, Krailart Niwate, brings an ecological angle to the guest experience. The Chiva-Som Academy in Bangkok adds another layer, training future wellness professionals as the brand seeks to strengthen Thailand’s reputation for health-focused travel.</w:t>
      </w:r>
      <w:r/>
    </w:p>
    <w:p>
      <w:r/>
      <w:r>
        <w:t>In a statement, Krip Rojanastien, chairman and chief executive of Chiva-Som International Health Resorts, said the award reflected the work of the team and the resort’s commitment to innovation, sustainability and excellence in health and well-being. For visitors, the recognition reinforces Chiva-Som Hua Hin’s position as a stay for those seeking a structured, restorative escape with a strong sense of place, rather than simply a luxury resort by the sea.</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[5]</w:t>
        </w:r>
      </w:hyperlink>
      <w:r>
        <w:t xml:space="preserve">, </w:t>
      </w:r>
      <w:hyperlink r:id="rId11">
        <w:r>
          <w:rPr>
            <w:color w:val="0000EE"/>
            <w:u w:val="single"/>
          </w:rPr>
          <w:t>[2]</w:t>
        </w:r>
      </w:hyperlink>
      <w:r>
        <w:t xml:space="preserve">- Paragraph 3: </w:t>
      </w:r>
      <w:hyperlink r:id="rId12">
        <w:r>
          <w:rPr>
            <w:color w:val="0000EE"/>
            <w:u w:val="single"/>
          </w:rPr>
          <w:t>[4]</w:t>
        </w:r>
      </w:hyperlink>
      <w:r>
        <w:t xml:space="preserve">, </w:t>
      </w:r>
      <w:hyperlink r:id="rId12">
        <w:r>
          <w:rPr>
            <w:color w:val="0000EE"/>
            <w:u w:val="single"/>
          </w:rPr>
          <w:t>[6]</w:t>
        </w:r>
      </w:hyperlink>
      <w:r>
        <w:t xml:space="preserve">- Paragraph 4: </w:t>
      </w:r>
      <w:hyperlink r:id="rId13">
        <w:r>
          <w:rPr>
            <w:color w:val="0000EE"/>
            <w:u w:val="single"/>
          </w:rPr>
          <w:t>[3]</w:t>
        </w:r>
      </w:hyperlink>
      <w:r>
        <w:t xml:space="preserve">, </w:t>
      </w:r>
      <w:hyperlink r:id="rId13">
        <w:r>
          <w:rPr>
            <w:color w:val="0000EE"/>
            <w:u w:val="single"/>
          </w:rPr>
          <w:t>[7]</w:t>
        </w:r>
      </w:hyperlink>
      <w:r>
        <w:t xml:space="preserve">- Paragraph 5: </w:t>
      </w:r>
      <w:hyperlink r:id="rId9">
        <w:r>
          <w:rPr>
            <w:color w:val="0000EE"/>
            <w:u w:val="single"/>
          </w:rPr>
          <w:t>[1]</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https://www.travelandtourworld.com/news/article/33b45fhs7k1u/</w:t>
        </w:r>
      </w:hyperlink>
      <w:r>
        <w:t xml:space="preserve"> - Please view link - unable to able to access data</w:t>
      </w:r>
      <w:r/>
    </w:p>
    <w:p>
      <w:pPr>
        <w:pStyle w:val="ListNumber"/>
        <w:spacing w:line="240" w:lineRule="auto"/>
        <w:ind w:left="720"/>
      </w:pPr>
      <w:r/>
      <w:hyperlink r:id="rId11">
        <w:r>
          <w:rPr>
            <w:color w:val="0000EE"/>
            <w:u w:val="single"/>
          </w:rPr>
          <w:t>https://www.chivasom.com/en/awards/</w:t>
        </w:r>
      </w:hyperlink>
      <w:r>
        <w:t xml:space="preserve"> - Chiva-Som Hua Hin has received numerous prestigious awards, including the Conde Nast Traveler Gold List 2026, The Global Spa Awards for Best Wellness Retreat in Asia, and Travelife Gold Certification. These accolades reflect the resort's unwavering commitment to guest wellbeing and its status as a leading wellness destination.</w:t>
      </w:r>
      <w:r/>
    </w:p>
    <w:p>
      <w:pPr>
        <w:pStyle w:val="ListNumber"/>
        <w:spacing w:line="240" w:lineRule="auto"/>
        <w:ind w:left="720"/>
      </w:pPr>
      <w:r/>
      <w:hyperlink r:id="rId13">
        <w:r>
          <w:rPr>
            <w:color w:val="0000EE"/>
            <w:u w:val="single"/>
          </w:rPr>
          <w:t>https://www.chivasom.com/en/sustainability/community-empowerment/</w:t>
        </w:r>
      </w:hyperlink>
      <w:r>
        <w:t xml:space="preserve"> - Chiva-Som's community empowerment initiatives include founding the Preserve Hua Hin Group in 2004, which supports environmental conservation and community wellbeing. Under the Royal Patronage of HRH Princess Maha Chakri Sirindhorn, the group engages in activities such as carbon-neutral outdoor concerts, marathon races, reforestation projects, and beach clean-ups to promote environmental awareness and community engagement.</w:t>
      </w:r>
      <w:r/>
    </w:p>
    <w:p>
      <w:pPr>
        <w:pStyle w:val="ListNumber"/>
        <w:spacing w:line="240" w:lineRule="auto"/>
        <w:ind w:left="720"/>
      </w:pPr>
      <w:r/>
      <w:hyperlink r:id="rId12">
        <w:r>
          <w:rPr>
            <w:color w:val="0000EE"/>
            <w:u w:val="single"/>
          </w:rPr>
          <w:t>https://www.chivasom.com/en/sustainability/sustainability-in-action/</w:t>
        </w:r>
      </w:hyperlink>
      <w:r>
        <w:t xml:space="preserve"> - Chiva-Som promotes organic agriculture and on-site food production to protect the environment and provide fresh, healthy ingredients for guests. The resort's organic farms in Hua Hin cultivate over 100 varieties of produce, including nutrient-rich greens and aromatic herbs, following internationally recognised organic standards certified by the International Federation of Organic Agriculture Movements (IFOAM).</w:t>
      </w:r>
      <w:r/>
    </w:p>
    <w:p>
      <w:pPr>
        <w:pStyle w:val="ListNumber"/>
        <w:spacing w:line="240" w:lineRule="auto"/>
        <w:ind w:left="720"/>
      </w:pPr>
      <w:r/>
      <w:hyperlink r:id="rId10">
        <w:r>
          <w:rPr>
            <w:color w:val="0000EE"/>
            <w:u w:val="single"/>
          </w:rPr>
          <w:t>https://www.chivasom.com/en/history/</w:t>
        </w:r>
      </w:hyperlink>
      <w:r>
        <w:t xml:space="preserve"> - Founded in 1995 by Thai businessman and politician Boonchu Rojanastien, Chiva-Som Hua Hin has become Asia's first wellness resort, offering holistic health services. The resort's founder, Boonchu Rojanastien, was inspired by his positive experiences at health farms in Europe during the 1970s, leading him to establish Chiva-Som as a sanctuary for holistic wellness.</w:t>
      </w:r>
      <w:r/>
    </w:p>
    <w:p>
      <w:pPr>
        <w:pStyle w:val="ListNumber"/>
        <w:spacing w:line="240" w:lineRule="auto"/>
        <w:ind w:left="720"/>
      </w:pPr>
      <w:r/>
      <w:hyperlink r:id="rId12">
        <w:r>
          <w:rPr>
            <w:color w:val="0000EE"/>
            <w:u w:val="single"/>
          </w:rPr>
          <w:t>https://www.chivasom.com/en/sustainability/sustainability-in-action/</w:t>
        </w:r>
      </w:hyperlink>
      <w:r>
        <w:t xml:space="preserve"> - Chiva-Som's sustainability efforts include promoting organic farming and local food production to protect the environment and provide fresh, healthy ingredients for guests. The resort's organic farms in Hua Hin cultivate over 100 varieties of produce, including nutrient-rich greens and aromatic herbs, following internationally recognised organic standards certified by the International Federation of Organic Agriculture Movements (IFOAM).</w:t>
      </w:r>
      <w:r/>
    </w:p>
    <w:p>
      <w:pPr>
        <w:pStyle w:val="ListNumber"/>
        <w:spacing w:line="240" w:lineRule="auto"/>
        <w:ind w:left="720"/>
      </w:pPr>
      <w:r/>
      <w:hyperlink r:id="rId13">
        <w:r>
          <w:rPr>
            <w:color w:val="0000EE"/>
            <w:u w:val="single"/>
          </w:rPr>
          <w:t>https://www.chivasom.com/en/sustainability/community-empowerment/</w:t>
        </w:r>
      </w:hyperlink>
      <w:r>
        <w:t xml:space="preserve"> - Chiva-Som's community empowerment initiatives include founding the Preserve Hua Hin Group in 2004, which supports environmental conservation and community wellbeing. Under the Royal Patronage of HRH Princess Maha Chakri Sirindhorn, the group engages in activities such as carbon-neutral outdoor concerts, marathon races, reforestation projects, and beach clean-ups to promote environmental awareness and community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33b45fhs7k1u/" TargetMode="External"/><Relationship Id="rId10" Type="http://schemas.openxmlformats.org/officeDocument/2006/relationships/hyperlink" Target="https://www.chivasom.com/en/history/" TargetMode="External"/><Relationship Id="rId11" Type="http://schemas.openxmlformats.org/officeDocument/2006/relationships/hyperlink" Target="https://www.chivasom.com/en/awards/" TargetMode="External"/><Relationship Id="rId12" Type="http://schemas.openxmlformats.org/officeDocument/2006/relationships/hyperlink" Target="https://www.chivasom.com/en/sustainability/sustainability-in-action/" TargetMode="External"/><Relationship Id="rId13" Type="http://schemas.openxmlformats.org/officeDocument/2006/relationships/hyperlink" Target="https://www.chivasom.com/en/sustainability/community-empowerment/"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