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Secluded Thai-style retreat in Phi Phi offers peaceful alternative for island lovers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Koh Phi Phi is often sold as a place of late-night beach bars and backpacker mayhem, but SAii Phi Phi Island Village offers a very different way to experience the island. Set on a private 800-metre stretch of white sand in Loh Ba Gao Bay, the resort trades the bustle of Tonsai for quiet, greenery and a sense of seclusion that will appeal most to couples, honeymooners and travellers who want Phi Phi without the crowds. According to the resort, it sits about 45 minutes from Maya Bay, giving guests access to the island’s most famous scenery while keeping them well away from the busiest parts of the main town. </w:t>
      </w:r>
      <w:r/>
    </w:p>
    <w:p>
      <w:r/>
      <w:r>
        <w:t xml:space="preserve">The property is built as a small Thai-style village, with 189 bungalows and 12 hillside pool villas spread across 70 acres of tropical grounds. The bungalows lean into a traditional island look, with timber finishes and thatched roofs, while the villas add extra privacy and sea views for those willing to be a little further uphill. Reviews from guests on Trip.com have been broadly positive, especially for the setting, cleanliness and service, with the resort scoring 8.9 out of 10 across hundreds of ratings. </w:t>
      </w:r>
      <w:r/>
    </w:p>
    <w:p>
      <w:r/>
      <w:r>
        <w:t xml:space="preserve">For holidaymakers, the draw is as much about the facilities as the location. SAii lists two large pools, a spa, a fitness room, tennis courts, a PADI dive centre and several places to eat and drink, including beachfront and Thai dining options. The hotel also has family-friendly touches, such as a children’s pool and babysitting on request, so it is not just a grown-up hideaway. Behind the resort, a small local village adds useful everyday convenience, with simple restaurants, minimarts and massage parlours within walking distance. </w:t>
      </w:r>
      <w:r/>
    </w:p>
    <w:p>
      <w:r/>
      <w:r>
        <w:t xml:space="preserve">What also sets the stay apart is the arrival. Rather than the standard ferry-and-pier routine, guests can be transferred from Phuket to the resort’s beachside setting, making the journey part of the escape rather than a chore. For travellers who want Phi Phi’s dramatic limestone scenery, snorkelling and access to Maya Bay, but would rather sleep somewhere peaceful and polished, SAii Phi Phi Island Village makes a strong case for itself.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w:t>
      </w:r>
      <w:hyperlink r:id="rId11">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[5]</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https://thehoteljournal.com/saii-phi-phi-island-village-review-thailand/?utm_source=rss&amp;utm_medium=rss&amp;utm_campaign=saii-phi-phi-island-village-review-thailand</w:t>
        </w:r>
      </w:hyperlink>
      <w:r>
        <w:t xml:space="preserve"> - Please view link - unable to able to access data</w:t>
      </w:r>
      <w:r/>
    </w:p>
    <w:p>
      <w:pPr>
        <w:pStyle w:val="ListNumber"/>
        <w:spacing w:line="240" w:lineRule="auto"/>
        <w:ind w:left="720"/>
      </w:pPr>
      <w:r/>
      <w:hyperlink r:id="rId10">
        <w:r>
          <w:rPr>
            <w:color w:val="0000EE"/>
            <w:u w:val="single"/>
          </w:rPr>
          <w:t>https://www.saiiresorts.com/phiphiisland/village/</w:t>
        </w:r>
      </w:hyperlink>
      <w:r>
        <w:t xml:space="preserve"> - SAii Phi Phi Island Village is a luxurious, eco-friendly resort located on a private 800-metre stretch of white-sand beach in Loh Ba Gao Bay, Koh Phi Phi. The resort offers 189 traditional Thai-style bungalows and 12 exclusive Hillside Pool Villas, blending traditional Thai architecture with barefoot luxury. Guests can enjoy facilities such as five restaurants, three bars, a spa, a 5-Star PADI dive centre, fitness room, two large swimming pools, and tennis courts. The resort is situated approximately 45 minutes from the iconic Maya Bay in Koh Phi Phi National Park.</w:t>
      </w:r>
      <w:r/>
    </w:p>
    <w:p>
      <w:pPr>
        <w:pStyle w:val="ListNumber"/>
        <w:spacing w:line="240" w:lineRule="auto"/>
        <w:ind w:left="720"/>
      </w:pPr>
      <w:r/>
      <w:hyperlink r:id="rId12">
        <w:r>
          <w:rPr>
            <w:color w:val="0000EE"/>
            <w:u w:val="single"/>
          </w:rPr>
          <w:t>https://www.trip.com/hotels/phi-phi-islands-hotel-detail-998346/phi-phi-island-village-beach-resort/review.html</w:t>
        </w:r>
      </w:hyperlink>
      <w:r>
        <w:t xml:space="preserve"> - SAii Phi Phi Island Village has received positive reviews from guests, with an overall rating of 8.9 out of 10 based on 342 reviews. Guests have praised the resort's location, amenities, service, and cleanliness. The resort offers a range of accommodations, including Deluxe Garden Bungalows and Deluxe Garden King Bungalows. The property features two large swimming pools, a spa, and a 5-Star PADI dive centre. The resort is located on a private 800-metre stretch of white-sand beach in Loh Ba Gao Bay, Koh Phi Phi.</w:t>
      </w:r>
      <w:r/>
    </w:p>
    <w:p>
      <w:pPr>
        <w:pStyle w:val="ListNumber"/>
        <w:spacing w:line="240" w:lineRule="auto"/>
        <w:ind w:left="720"/>
      </w:pPr>
      <w:r/>
      <w:hyperlink r:id="rId13">
        <w:r>
          <w:rPr>
            <w:color w:val="0000EE"/>
            <w:u w:val="single"/>
          </w:rPr>
          <w:t>https://www.youtube.com/watch?v=A7waoejd_Oc</w:t>
        </w:r>
      </w:hyperlink>
      <w:r>
        <w:t xml:space="preserve"> - This video provides a tour of the local village behind SAii Phi Phi Island Village Resort. The village features various shops, including restaurants, massage parlours, minimarts, and travel agencies, offering guests convenient access to local amenities. The video highlights the resort's location on Loh Ba Gao Beach on the eastern side of Phi Phi Island and its proximity to the local village, providing a glimpse into the surrounding area and the resort's integration with the local community.</w:t>
      </w:r>
      <w:r/>
    </w:p>
    <w:p>
      <w:pPr>
        <w:pStyle w:val="ListNumber"/>
        <w:spacing w:line="240" w:lineRule="auto"/>
        <w:ind w:left="720"/>
      </w:pPr>
      <w:r/>
      <w:hyperlink r:id="rId11">
        <w:r>
          <w:rPr>
            <w:color w:val="0000EE"/>
            <w:u w:val="single"/>
          </w:rPr>
          <w:t>https://www.youtube.com/watch?v=glTiL6CenqE</w:t>
        </w:r>
      </w:hyperlink>
      <w:r>
        <w:t xml:space="preserve"> - This video offers a comprehensive review of SAii Phi Phi Island Village Resort, highlighting its location away from the busy Ao Ton Sai Pier area. The resort is accessed by boat and features its own private beach and bay area, ensuring privacy and peace for guests. The video showcases various villa types, including those with private pools and beachfront views, and discusses the resort's facilities, including swimming pools and dining options. The review emphasizes the resort's tranquil environment and suitability for relaxation.</w:t>
      </w:r>
      <w:r/>
    </w:p>
    <w:p>
      <w:pPr>
        <w:pStyle w:val="ListNumber"/>
        <w:spacing w:line="240" w:lineRule="auto"/>
        <w:ind w:left="720"/>
      </w:pPr>
      <w:r/>
      <w:hyperlink r:id="rId10">
        <w:r>
          <w:rPr>
            <w:color w:val="0000EE"/>
            <w:u w:val="single"/>
          </w:rPr>
          <w:t>https://www.saiiresorts.com/phiphiisland/village/</w:t>
        </w:r>
      </w:hyperlink>
      <w:r>
        <w:t xml:space="preserve"> - SAii Phi Phi Island Village is a luxurious, eco-friendly resort located on a private 800-metre stretch of white-sand beach in Loh Ba Gao Bay, Koh Phi Phi. The resort offers 189 traditional Thai-style bungalows and 12 exclusive Hillside Pool Villas, blending traditional Thai architecture with barefoot luxury. Guests can enjoy facilities such as five restaurants, three bars, a spa, a 5-Star PADI dive centre, fitness room, two large swimming pools, and tennis courts. The resort is situated approximately 45 minutes from the iconic Maya Bay in Koh Phi Phi National Park.</w:t>
      </w:r>
      <w:r/>
    </w:p>
    <w:p>
      <w:pPr>
        <w:pStyle w:val="ListNumber"/>
        <w:spacing w:line="240" w:lineRule="auto"/>
        <w:ind w:left="720"/>
      </w:pPr>
      <w:r/>
      <w:hyperlink r:id="rId10">
        <w:r>
          <w:rPr>
            <w:color w:val="0000EE"/>
            <w:u w:val="single"/>
          </w:rPr>
          <w:t>https://www.saiiresorts.com/phiphiisland/village/</w:t>
        </w:r>
      </w:hyperlink>
      <w:r>
        <w:t xml:space="preserve"> - SAii Phi Phi Island Village is a luxurious, eco-friendly resort located on a private 800-metre stretch of white-sand beach in Loh Ba Gao Bay, Koh Phi Phi. The resort offers 189 traditional Thai-style bungalows and 12 exclusive Hillside Pool Villas, blending traditional Thai architecture with barefoot luxury. Guests can enjoy facilities such as five restaurants, three bars, a spa, a 5-Star PADI dive centre, fitness room, two large swimming pools, and tennis courts. The resort is situated approximately 45 minutes from the iconic Maya Bay in Koh Phi Phi National Park.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hoteljournal.com/saii-phi-phi-island-village-review-thailand/?utm_source=rss&amp;utm_medium=rss&amp;utm_campaign=saii-phi-phi-island-village-review-thailand" TargetMode="External"/><Relationship Id="rId10" Type="http://schemas.openxmlformats.org/officeDocument/2006/relationships/hyperlink" Target="https://www.saiiresorts.com/phiphiisland/village/" TargetMode="External"/><Relationship Id="rId11" Type="http://schemas.openxmlformats.org/officeDocument/2006/relationships/hyperlink" Target="https://www.youtube.com/watch?v=glTiL6CenqE" TargetMode="External"/><Relationship Id="rId12" Type="http://schemas.openxmlformats.org/officeDocument/2006/relationships/hyperlink" Target="https://www.trip.com/hotels/phi-phi-islands-hotel-detail-998346/phi-phi-island-village-beach-resort/review.html" TargetMode="External"/><Relationship Id="rId13" Type="http://schemas.openxmlformats.org/officeDocument/2006/relationships/hyperlink" Target="https://www.youtube.com/watch?v=A7waoejd_Oc"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