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Phuket’s quieter beaches attract couples seeking seclusion and stunning sunset walks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For couples looking to stay in Phuket without the busier resort feel, the island’s quieter north-western beaches are the strongest fit. Layan Beach is the most peaceful of the three main options here, with soft sand, gentle surroundings and a sense of privacy that suits slow mornings and unhurried sunset walks. Nai Thon Beach offers a similar mood, and local guides describe it as one of Phuket’s most low-key stretches of coastline, with a more secluded setting close to Sirinat National Park and only a short drive from the airport. Bang Tao is longer and livelier by comparison, but its scale means it rarely feels cramped, and it can work well for travellers who want space on the sand without giving up access to restaurants and simple evening plans.</w:t>
      </w:r>
      <w:r/>
    </w:p>
    <w:p>
      <w:r/>
      <w:r>
        <w:t>Nai Thon is especially appealing if the priority is calm rather than choice. Phuket.net notes that it sits about 7 km south of Phuket International Airport, yet still feels tucked away thanks to the scenic road in through jungle and rubber plantations. The beach is described as relatively undeveloped, with clear water, pale sand and a handful of small places to eat nearby. Other local guides add that the bay is sheltered and compact, which helps keep the atmosphere quiet even in busy periods. For couples, that combination of easy access, natural scenery and uncrowded shoreline makes it one of the most practical places on the island for doing very little very well.</w:t>
      </w:r>
      <w:r/>
    </w:p>
    <w:p>
      <w:r/>
      <w:r>
        <w:t>Bang Tao brings a different kind of appeal. It is not as secluded, but the long curve of sand gives it a more spacious feel than many of Phuket’s best-known beaches. That makes it a good choice for long evening walks and sunset watching, particularly for couples who like the idea of a quieter base with a broader choice of dining and leisure options nearby. The beach’s size also helps dilute the crowds, so even when activity picks up, there is usually room to find a calmer patch of sand.</w:t>
      </w:r>
      <w:r/>
    </w:p>
    <w:p>
      <w:r/>
      <w:r>
        <w:t>For accommodation, the most rewarding stays are those that keep guests close to nature rather than deep inside a busy strip. Tropical gardens, coastal outlooks and more private villa-style layouts all suit this part of Phuket, especially for couples seeking a slower pace. Layan Residences by Anantara is presented as one such retreat, with a setting that places guests near Layan Beach while preserving a strong sense of seclusion. A private pool villa can make that experience even better, giving couples their own space to unwind between beach walks and sunset dinners.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[5]</w:t>
        </w:r>
      </w:hyperlink>
      <w:r>
        <w:t xml:space="preserve">, </w:t>
      </w:r>
      <w:hyperlink r:id="rId15">
        <w:r>
          <w:rPr>
            <w:color w:val="0000EE"/>
            <w:u w:val="single"/>
          </w:rPr>
          <w:t>[6]</w:t>
        </w:r>
      </w:hyperlink>
      <w:r>
        <w:t xml:space="preserve">- Paragraph 4: </w:t>
      </w:r>
      <w:hyperlink r:id="rId9">
        <w:r>
          <w:rPr>
            <w:color w:val="0000EE"/>
            <w:u w:val="single"/>
          </w:rPr>
          <w:t>[1]</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https://www.thevacationgateway.com/where-should-we-stay-in-phuket-for-a-quieter-beach-vibe-and-easy-sunset-walks-as-a-couple.html</w:t>
        </w:r>
      </w:hyperlink>
      <w:r>
        <w:t xml:space="preserve"> - Please view link - unable to able to access data</w:t>
      </w:r>
      <w:r/>
    </w:p>
    <w:p>
      <w:pPr>
        <w:pStyle w:val="ListNumber"/>
        <w:spacing w:line="240" w:lineRule="auto"/>
        <w:ind w:left="720"/>
      </w:pPr>
      <w:r/>
      <w:hyperlink r:id="rId10">
        <w:r>
          <w:rPr>
            <w:color w:val="0000EE"/>
            <w:u w:val="single"/>
          </w:rPr>
          <w:t>https://www.phuket.net/visit-phuket/about/destinations/nai-thon-beach/</w:t>
        </w:r>
      </w:hyperlink>
      <w:r>
        <w:t xml:space="preserve"> - Nai Thon Beach, located approximately 7 km south of Phuket International Airport, is a pristine and tranquil destination ideal for those seeking a peaceful retreat. The beach is relatively undeveloped, offering a serene environment with soft golden sands and clear waters. Visitors can enjoy swimming, sunbathing, and dining at a few small restaurants serving fresh seafood and local dishes. The area is part of the Sirinat Marine National Park, established in 1981 to protect the Olive Ridley Sea Turtles that lay their eggs here from November to February. The journey to Nai Thon Beach involves a scenic drive through jungle and rubber plantations, adding to its secluded charm. Accommodation options include bungalows and guesthouses, providing a comfortable stay amidst nature's beauty.</w:t>
      </w:r>
      <w:r/>
    </w:p>
    <w:p>
      <w:pPr>
        <w:pStyle w:val="ListNumber"/>
        <w:spacing w:line="240" w:lineRule="auto"/>
        <w:ind w:left="720"/>
      </w:pPr>
      <w:r/>
      <w:hyperlink r:id="rId11">
        <w:r>
          <w:rPr>
            <w:color w:val="0000EE"/>
            <w:u w:val="single"/>
          </w:rPr>
          <w:t>https://gofindasia.com/nai-thon-beach-guide/</w:t>
        </w:r>
      </w:hyperlink>
      <w:r>
        <w:t xml:space="preserve"> - Nai Thon Beach offers a serene and scenic atmosphere, distinct from Phuket's more commercialized beaches. It provides a relaxed beach environment with a slower pace, making it ideal for travelers seeking a peaceful retreat. The beach is compact and less developed than other areas, offering a balance between seclusion and accessibility. Visitors can enjoy peaceful beach walks and quiet moments, immersing themselves in the natural beauty of Phuket away from the bustling tourist spots. The area maintains a tranquil vibe, appealing to those looking to unwind in a less crowded setting.</w:t>
      </w:r>
      <w:r/>
    </w:p>
    <w:p>
      <w:pPr>
        <w:pStyle w:val="ListNumber"/>
        <w:spacing w:line="240" w:lineRule="auto"/>
        <w:ind w:left="720"/>
      </w:pPr>
      <w:r/>
      <w:hyperlink r:id="rId12">
        <w:r>
          <w:rPr>
            <w:color w:val="0000EE"/>
            <w:u w:val="single"/>
          </w:rPr>
          <w:t>https://welovephuket.com/beaches/nai-thon-beach/</w:t>
        </w:r>
      </w:hyperlink>
      <w:r>
        <w:t xml:space="preserve"> - Nai Thon Beach is a hidden gem in Phuket, featuring a small, pristine bay flanked by green headlands. The beach remains uncrowded even during peak season, offering clean white sand and transparent waters. The road leading to Nai Thon Beach winds through jungle hillside, deterring casual visitors and preserving its peaceful atmosphere. The area is part of the Sirinat National Park, ensuring its natural beauty is protected. Visitors can enjoy swimming, snorkeling, and beachside dining, making it an ideal destination for those seeking a tranquil beach experience.</w:t>
      </w:r>
      <w:r/>
    </w:p>
    <w:p>
      <w:pPr>
        <w:pStyle w:val="ListNumber"/>
        <w:spacing w:line="240" w:lineRule="auto"/>
        <w:ind w:left="720"/>
      </w:pPr>
      <w:r/>
      <w:hyperlink r:id="rId14">
        <w:r>
          <w:rPr>
            <w:color w:val="0000EE"/>
            <w:u w:val="single"/>
          </w:rPr>
          <w:t>https://tophuket.com/beaches/nai-thon-beach/</w:t>
        </w:r>
      </w:hyperlink>
      <w:r>
        <w:t xml:space="preserve"> - Nai Thon Beach, located on Phuket's northwest coast, is a serene escape from the island's busier tourist hubs. With soft golden sand, crystal-clear waters, and a lush tropical backdrop, it offers a laid-back atmosphere perfect for relaxation. The beach stretches for about a kilometer, providing ample space for sunbathing or swimming. During the high season, the calm waters make it ideal for swimming and snorkeling. The area remains largely untouched, offering a tranquil setting away from the commercialized beaches in Phuket.</w:t>
      </w:r>
      <w:r/>
    </w:p>
    <w:p>
      <w:pPr>
        <w:pStyle w:val="ListNumber"/>
        <w:spacing w:line="240" w:lineRule="auto"/>
        <w:ind w:left="720"/>
      </w:pPr>
      <w:r/>
      <w:hyperlink r:id="rId15">
        <w:r>
          <w:rPr>
            <w:color w:val="0000EE"/>
            <w:u w:val="single"/>
          </w:rPr>
          <w:t>https://beachesforkings.com/phuket/nai-thon/</w:t>
        </w:r>
      </w:hyperlink>
      <w:r>
        <w:t xml:space="preserve"> - Nai Thon Beach is a quiet, tree-backed bay north of Bang Tao, offering gentle swimming and a sleepy village feel. The beach is approximately 600 meters long with clean, pale sand and clear water sheltered by headlands on both sides. It is significantly quieter than the busier west coast beaches, yet well-served by a handful of good restaurants and beach bars along the shore. Snorkeling is rewarding at the southern end near the rocks. During the dry season, the water is calm enough for paddleboarding and kayaking, making it a versatile destination for various activities.</w:t>
      </w:r>
      <w:r/>
    </w:p>
    <w:p>
      <w:pPr>
        <w:pStyle w:val="ListNumber"/>
        <w:spacing w:line="240" w:lineRule="auto"/>
        <w:ind w:left="720"/>
      </w:pPr>
      <w:r/>
      <w:hyperlink r:id="rId13">
        <w:r>
          <w:rPr>
            <w:color w:val="0000EE"/>
            <w:u w:val="single"/>
          </w:rPr>
          <w:t>https://www.phuket-travel-secrets.com/nai-thon-beach.html</w:t>
        </w:r>
      </w:hyperlink>
      <w:r>
        <w:t xml:space="preserve"> - Nai Thon Beach is a secluded paradise for those seeking a relaxing beach vacation away from the crowds. Located south of Nai Yang Beach and just north of the smaller Nai Thorn Beach on Phuket's northwest coast, it offers a peaceful spot with soft golden sand and clear waters. The area remains relatively untouched by major development, providing a glimpse into what many beaches in Phuket were like years ago—unspoiled, relaxing, and laid-back. The beach is approximately 1 km in length and lies within the Sirinat National Park, ensuring its natural beauty is preserved.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vacationgateway.com/where-should-we-stay-in-phuket-for-a-quieter-beach-vibe-and-easy-sunset-walks-as-a-couple.html" TargetMode="External"/><Relationship Id="rId10" Type="http://schemas.openxmlformats.org/officeDocument/2006/relationships/hyperlink" Target="https://www.phuket.net/visit-phuket/about/destinations/nai-thon-beach/" TargetMode="External"/><Relationship Id="rId11" Type="http://schemas.openxmlformats.org/officeDocument/2006/relationships/hyperlink" Target="https://gofindasia.com/nai-thon-beach-guide/" TargetMode="External"/><Relationship Id="rId12" Type="http://schemas.openxmlformats.org/officeDocument/2006/relationships/hyperlink" Target="https://welovephuket.com/beaches/nai-thon-beach/" TargetMode="External"/><Relationship Id="rId13" Type="http://schemas.openxmlformats.org/officeDocument/2006/relationships/hyperlink" Target="https://www.phuket-travel-secrets.com/nai-thon-beach.html" TargetMode="External"/><Relationship Id="rId14" Type="http://schemas.openxmlformats.org/officeDocument/2006/relationships/hyperlink" Target="https://tophuket.com/beaches/nai-thon-beach/" TargetMode="External"/><Relationship Id="rId15" Type="http://schemas.openxmlformats.org/officeDocument/2006/relationships/hyperlink" Target="https://beachesforkings.com/phuket/nai-thon/"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