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Kamalaya on Koh Samui introduces science-based brain enhancement for relaxed clarity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On Koh Samui, Kamalaya is leaning into a newer kind of wellbeing escape: one that treats mental clarity as seriously as massages and healthy food. The retreat’s Brain Enhancement programme is pitched at guests who feel mentally overloaded rather than medically unwell, with the aim of improving focus, sleep, emotional balance and general cognitive stamina through a mix of science-led assessments and familiar wellness rituals. According to the resort’s own materials and reporting on its latest offering, it is designed for people who want to feel sharper, calmer and less foggy, not to promise dramatic transformation overnight. </w:t>
      </w:r>
      <w:r/>
    </w:p>
    <w:p>
      <w:r/>
      <w:r>
        <w:t xml:space="preserve">The appeal is easy to understand. Kamalaya sits in a lush hillside setting on Koh Samui, with sea views, tropical gardens and a pace that naturally encourages a slower rhythm of life. For travellers, that matters as much as any technical-sounding therapy. The resort’s food is presented as nourishing rather than punitive, and its semi-digital-detox approach discourages constant phone use in shared spaces, which helps guests actually switch off. For anyone arriving frazzled, the setting itself may be part of the treatment. </w:t>
      </w:r>
      <w:r/>
    </w:p>
    <w:p>
      <w:r/>
      <w:r>
        <w:t xml:space="preserve">What makes this programme stand out is its blend of modern diagnostics and traditional therapies. Kamalaya says it begins with EEG brain mapping and neurofeedback, then adds treatments such as neuromodulation, transcranial photobiomodulation, sound therapy, craniosacral therapy, acupuncture and targeted IV support. The resort says the idea is to support brain function at its roots, rather than simply offering generic relaxation. Separate descriptions of the programme add that guests can also expect Traditional Chinese Medicine, meditation, breathwork and neuroactive fitness sessions that combine movement with mental challenge. </w:t>
      </w:r>
      <w:r/>
    </w:p>
    <w:p>
      <w:r/>
      <w:r>
        <w:t xml:space="preserve">The practical question for holidaymakers is whether all of this feels intimidating or restorative. Kamalaya’s own account suggests the intention is the latter: neurofeedback is described as a drug-free way to improve self-regulation, stress response and attention, while gentle stimulation therapies are positioned as supportive rather than invasive. That makes the retreat more accessible than it first appears, particularly for guests who may not consider themselves natural meditators but still want help with concentration, sleep and mental fatigue. </w:t>
      </w:r>
      <w:r/>
    </w:p>
    <w:p>
      <w:r/>
      <w:r>
        <w:t xml:space="preserve">There is also a reassuringly human side to the experience. The programme does not rely only on devices and screens, and that may be why it appeals beyond tech enthusiasts. Reporting on the retreat says guests are guided towards better habits too, including more sleep, exercise, mindfulness, time in nature and mentally engaging activities after they return home. Some of the suggested follow-up exercises are almost charmingly simple, from Sudoku to drawing and even walking backwards to stimulate different brain pathways. </w:t>
      </w:r>
      <w:r/>
    </w:p>
    <w:p>
      <w:r/>
      <w:r>
        <w:t xml:space="preserve">For travellers, that makes Kamalaya less a quick-fix “brain boost” and more a structured reset. The retreat appears strongest for guests who want an organised break from overstimulation, with enough variety to suit those who like a clinical edge but still want a holiday atmosphere. It may not turn anyone into a genius, but it could help restore the basics that modern travel and modern life so often erode: rest, attention and a sense of mental spaciousness. </w:t>
      </w:r>
      <w:r/>
    </w:p>
    <w:p>
      <w:r/>
      <w:r>
        <w:t xml:space="preserve">In that sense, the programme seems best understood not as a wellness gimmick but as a sign of where high-end retreats are heading. On Koh Samui, Kamalaya is packaging brain care as a luxury travel experience, with enough warmth, scenery and familiar spa comforts to keep it grounded. For visitors to Thailand looking for something more thoughtful than a standard beach break, that makes it a compelling option.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w:t>
      </w:r>
      <w:hyperlink r:id="rId12">
        <w:r>
          <w:rPr>
            <w:color w:val="0000EE"/>
            <w:u w:val="single"/>
          </w:rPr>
          <w:t>[4]</w:t>
        </w:r>
      </w:hyperlink>
      <w:r>
        <w:t xml:space="preserve">, </w:t>
      </w:r>
      <w:hyperlink r:id="rId14">
        <w:r>
          <w:rPr>
            <w:color w:val="0000EE"/>
            <w:u w:val="single"/>
          </w:rPr>
          <w:t>[6]</w:t>
        </w:r>
      </w:hyperlink>
      <w:r>
        <w:t xml:space="preserve">- Paragraph 4: </w:t>
      </w:r>
      <w:hyperlink r:id="rId13">
        <w:r>
          <w:rPr>
            <w:color w:val="0000EE"/>
            <w:u w:val="single"/>
          </w:rPr>
          <w:t>[3]</w:t>
        </w:r>
      </w:hyperlink>
      <w:r>
        <w:t xml:space="preserve">, </w:t>
      </w:r>
      <w:hyperlink r:id="rId15">
        <w:r>
          <w:rPr>
            <w:color w:val="0000EE"/>
            <w:u w:val="single"/>
          </w:rPr>
          <w:t>[7]</w:t>
        </w:r>
      </w:hyperlink>
      <w:r>
        <w:t xml:space="preserve">- Paragraph 5: </w:t>
      </w:r>
      <w:hyperlink r:id="rId11">
        <w:r>
          <w:rPr>
            <w:color w:val="0000EE"/>
            <w:u w:val="single"/>
          </w:rPr>
          <w:t>[5]</w:t>
        </w:r>
      </w:hyperlink>
      <w:r>
        <w:t xml:space="preserve">, </w:t>
      </w:r>
      <w:hyperlink r:id="rId15">
        <w:r>
          <w:rPr>
            <w:color w:val="0000EE"/>
            <w:u w:val="single"/>
          </w:rPr>
          <w:t>[7]</w:t>
        </w:r>
      </w:hyperlink>
      <w:r>
        <w:t xml:space="preserve">- Paragraph 6: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[4]</w:t>
        </w:r>
      </w:hyperlink>
      <w:r>
        <w:t xml:space="preserve">- Paragraph 7: </w:t>
      </w:r>
      <w:hyperlink r:id="rId9">
        <w:r>
          <w:rPr>
            <w:color w:val="0000EE"/>
            <w:u w:val="single"/>
          </w:rPr>
          <w:t>[1]</w:t>
        </w:r>
      </w:hyperlink>
      <w:r>
        <w:t xml:space="preserve">, </w:t>
      </w:r>
      <w:hyperlink r:id="rId12">
        <w:r>
          <w:rPr>
            <w:color w:val="0000EE"/>
            <w:u w:val="single"/>
          </w:rPr>
          <w:t>[4]</w:t>
        </w:r>
      </w:hyperlink>
      <w:r>
        <w:t xml:space="preserve">, </w:t>
      </w:r>
      <w:hyperlink r:id="rId14">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https://www.herworld.com/life/travel/can-wellness-retreat-actually-make-you-smarter</w:t>
        </w:r>
      </w:hyperlink>
      <w:r>
        <w:t xml:space="preserve"> - Please view link - unable to able to access data</w:t>
      </w:r>
      <w:r/>
    </w:p>
    <w:p>
      <w:pPr>
        <w:pStyle w:val="ListNumber"/>
        <w:spacing w:line="240" w:lineRule="auto"/>
        <w:ind w:left="720"/>
      </w:pPr>
      <w:r/>
      <w:hyperlink r:id="rId10">
        <w:r>
          <w:rPr>
            <w:color w:val="0000EE"/>
            <w:u w:val="single"/>
          </w:rPr>
          <w:t>https://kamalaya.com/brain-enhancement/</w:t>
        </w:r>
      </w:hyperlink>
      <w:r>
        <w:t xml:space="preserve"> - Kamalaya's Brain Enhancement programme aims to enhance cognitive function, vitality, mental clarity, and emotional resilience by integrating advanced neuroscience with traditional healing practices. The programme addresses concerns such as brain fog, memory decline, anxiety, and focus, optimising brain function at the root level. It includes therapies like neurofeedback, neuromodulation, and brain stimulation, complemented by EEG brain mapping, Traditional Chinese Medicine, neuroactive fitness, meditation, craniosacral therapy, and targeted IV therapy to reduce inflammation and promote sleep quality.</w:t>
      </w:r>
      <w:r/>
    </w:p>
    <w:p>
      <w:pPr>
        <w:pStyle w:val="ListNumber"/>
        <w:spacing w:line="240" w:lineRule="auto"/>
        <w:ind w:left="720"/>
      </w:pPr>
      <w:r/>
      <w:hyperlink r:id="rId13">
        <w:r>
          <w:rPr>
            <w:color w:val="0000EE"/>
            <w:u w:val="single"/>
          </w:rPr>
          <w:t>https://kamalaya.com/th/neurofeedback-therapy/</w:t>
        </w:r>
      </w:hyperlink>
      <w:r>
        <w:t xml:space="preserve"> - Neurofeedback therapy at Kamalaya is a natural, drug-free method to improve mental health and optimal brain functioning. Originally developed to address neurological and psychological conditions like anxiety, ADHD, sleep issues, and brain injuries, neurofeedback has expanded into wellness due to its profound mental and emotional wellbeing effects. The process leads to improved self-regulation, stress reduction, and emotional balance, enhancing cognitive functions such as attention, memory, and emotional regulation.</w:t>
      </w:r>
      <w:r/>
    </w:p>
    <w:p>
      <w:pPr>
        <w:pStyle w:val="ListNumber"/>
        <w:spacing w:line="240" w:lineRule="auto"/>
        <w:ind w:left="720"/>
      </w:pPr>
      <w:r/>
      <w:hyperlink r:id="rId12">
        <w:r>
          <w:rPr>
            <w:color w:val="0000EE"/>
            <w:u w:val="single"/>
          </w:rPr>
          <w:t>https://www.spabusiness.com/cognitivehouse/index.cfm</w:t>
        </w:r>
      </w:hyperlink>
      <w:r>
        <w:t xml:space="preserve"> - Kamalaya's Cognitive House offers assessments and diagnostics, along with an array of science-based and holistic approaches to improve focus, attention, circulation, and mood. Modalities include neurofeedback therapy with EEG, brain stimulation and neuromodulation therapy using gentle electrical currents, neuro-lymphatic therapy, transcranial photobiomodulation, neuro-sync sound therapy, hyperbaric oxygen therapy, supplements and IVs, cognitive enhancement meditation with breathwork, craniosacral therapy, and neuroactive fitness training. These therapies can be added to any of Kamalaya’s existing wellness pathways.</w:t>
      </w:r>
      <w:r/>
    </w:p>
    <w:p>
      <w:pPr>
        <w:pStyle w:val="ListNumber"/>
        <w:spacing w:line="240" w:lineRule="auto"/>
        <w:ind w:left="720"/>
      </w:pPr>
      <w:r/>
      <w:hyperlink r:id="rId11">
        <w:r>
          <w:rPr>
            <w:color w:val="0000EE"/>
            <w:u w:val="single"/>
          </w:rPr>
          <w:t>https://www.scmp.com/magazines/style/lifestyle/travel-hotels/article/3313296/koh-samui-spa-resort-kamalayas-new-cognitive-wellness-program-offers-array-targeted-treatments?module=inline&amp;pgtype=article</w:t>
        </w:r>
      </w:hyperlink>
      <w:r>
        <w:t xml:space="preserve"> - Kamalaya's Cognitive Wellness Program offers an array of targeted treatments for a healthy mind, including Transcranial Photobiomodulation Therapy, Brain Stimulation Therapy, and Neuro-Sync Sound Therapy. The programme also includes Neuroactive Fitness Training and provides recommendations to maintain mental stimulation post-retreat, such as daily Sudoku, free-form drawing, and walking backwards to activate less-used brain pathways. The programme focuses on detoxifying the body, improving circulation, and restoring balance, with a natural progression to brain health.</w:t>
      </w:r>
      <w:r/>
    </w:p>
    <w:p>
      <w:pPr>
        <w:pStyle w:val="ListNumber"/>
        <w:spacing w:line="240" w:lineRule="auto"/>
        <w:ind w:left="720"/>
      </w:pPr>
      <w:r/>
      <w:hyperlink r:id="rId14">
        <w:r>
          <w:rPr>
            <w:color w:val="0000EE"/>
            <w:u w:val="single"/>
          </w:rPr>
          <w:t>https://www.healingholidays.com/retreats/kamalaya/brain-enhancement-programme/details</w:t>
        </w:r>
      </w:hyperlink>
      <w:r>
        <w:t xml:space="preserve"> - Kamalaya's Brain Enhancement Programme integrates advanced neuroscience with traditional healing modalities to enhance cognitive function, vitality, mental clarity, and emotional resilience. The 8-night programme includes therapies such as neurofeedback, neuromodulation, brain stimulation, neuroactive fitness training, and transcranial photobiomodulation. Additional treatments include IV therapy, Traditional Chinese Medicine, craniosacral therapy, and meditation or pranayama sessions. The programme also offers access to daily holistic fitness activities and use of the resort's facilities.</w:t>
      </w:r>
      <w:r/>
    </w:p>
    <w:p>
      <w:pPr>
        <w:pStyle w:val="ListNumber"/>
        <w:spacing w:line="240" w:lineRule="auto"/>
        <w:ind w:left="720"/>
      </w:pPr>
      <w:r/>
      <w:hyperlink r:id="rId15">
        <w:r>
          <w:rPr>
            <w:color w:val="0000EE"/>
            <w:u w:val="single"/>
          </w:rPr>
          <w:t>https://yourtreat.at/en/healthprograms/brain-enhancement/</w:t>
        </w:r>
      </w:hyperlink>
      <w:r>
        <w:t xml:space="preserve"> - Kamalaya's Brain Enhancement Programme combines the latest findings in neuroscience with traditional healing methods to promote brain function, increase mental clarity, and build emotional resilience. The integrative approach includes neurofeedback training, mentoring, breathing exercises, nutrition, and sleep optimisation. The programme is designed for individuals seeking to remain mentally efficient, emotionally stable, and healthy in the long term, addressing issues such as concentration problems, brain fog, stress, and the onset of exhaustion.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erworld.com/life/travel/can-wellness-retreat-actually-make-you-smarter" TargetMode="External"/><Relationship Id="rId10" Type="http://schemas.openxmlformats.org/officeDocument/2006/relationships/hyperlink" Target="https://kamalaya.com/brain-enhancement/" TargetMode="External"/><Relationship Id="rId11" Type="http://schemas.openxmlformats.org/officeDocument/2006/relationships/hyperlink" Target="https://www.scmp.com/magazines/style/lifestyle/travel-hotels/article/3313296/koh-samui-spa-resort-kamalayas-new-cognitive-wellness-program-offers-array-targeted-treatments?module=inline&amp;pgtype=article" TargetMode="External"/><Relationship Id="rId12" Type="http://schemas.openxmlformats.org/officeDocument/2006/relationships/hyperlink" Target="https://www.spabusiness.com/cognitivehouse/index.cfm" TargetMode="External"/><Relationship Id="rId13" Type="http://schemas.openxmlformats.org/officeDocument/2006/relationships/hyperlink" Target="https://kamalaya.com/th/neurofeedback-therapy/" TargetMode="External"/><Relationship Id="rId14" Type="http://schemas.openxmlformats.org/officeDocument/2006/relationships/hyperlink" Target="https://www.healingholidays.com/retreats/kamalaya/brain-enhancement-programme/details" TargetMode="External"/><Relationship Id="rId15" Type="http://schemas.openxmlformats.org/officeDocument/2006/relationships/hyperlink" Target="https://yourtreat.at/en/healthprograms/brain-enhancement/"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