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Peninsula Bangkok’s Riverside retreat redefines luxury with its serene setting and top-tier service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 xml:space="preserve">After six months travelling around Thailand, ending a Bangkok trip with a stay at The Peninsula felt like a fitting finale. For travellers looking for a riverside hotel that combines calm, polish and easy city access, it has a strong case. The appeal begins with the setting: directly on the Chao Phraya, with open views over the water and a quieter atmosphere than many of the city’s high-rise luxury hotels. Guests consistently praise the hotel’s tranquil feel, immaculate standards and convenient position near ICONSIAM. </w:t>
      </w:r>
      <w:r/>
    </w:p>
    <w:p>
      <w:r/>
      <w:r>
        <w:t xml:space="preserve">What makes the property stand out for visitors is the sense of space. The rooms are described as generous, well-appointed and designed to make the most of the skyline and river views, which is rare even in Bangkok’s upper-end market. The hotel’s classic style leans towards elegance rather than flash, and that suits travellers who prefer a more timeless luxury experience. Several review sources also highlight the attention to detail and the feeling that everything has been carefully maintained. </w:t>
      </w:r>
      <w:r/>
    </w:p>
    <w:p>
      <w:r/>
      <w:r>
        <w:t xml:space="preserve">The pool is one of the hotel’s biggest draws. Rather than a simple city-hotel pool, The Peninsula offers a terraced, resort-like layout that slopes towards the river, creating a more relaxed atmosphere for guests who actually want to spend time at the property. Reviews also mention plentiful loungers and a genuinely peaceful setting, which matters in a city as busy as Bangkok. For many travellers, this is the difference between a decent luxury base and a hotel that feels like part of the holiday itself. </w:t>
      </w:r>
      <w:r/>
    </w:p>
    <w:p>
      <w:r/>
      <w:r>
        <w:t xml:space="preserve">Dining adds to that sense of occasion. Thiptara is widely noted for Thai food in a riverside setting, while Mei Jiang covers Cantonese cuisine and River Café &amp; Terrace serves breakfast and buffet meals. That gives guests enough choice to stay in for at least one evening, which is particularly appealing for couples or anyone marking a special trip. The riverside spa and fitness facilities also strengthen the hotel’s appeal for travellers who want wellness and comfort without leaving the property. </w:t>
      </w:r>
      <w:r/>
    </w:p>
    <w:p>
      <w:r/>
      <w:r>
        <w:t xml:space="preserve">Location is a little different from the central Bangkok hotel experience, but that is part of the point. The Peninsula sits on the western bank of the river, so getting to many major sights usually involves a shuttle boat crossing. Far from being a drawback, several sources describe that boat as one of the hotel’s best features, offering a calmer and more enjoyable way to reach ICONSIAM and the Skytrain. For first-time visitors who want a scenic, less hectic base, that can be a real advantage. </w:t>
      </w:r>
      <w:r/>
    </w:p>
    <w:p>
      <w:r/>
      <w:r>
        <w:t xml:space="preserve">Service is another reason the hotel has kept its reputation. Guests frequently describe the staff as warm, professional and highly attentive, with a level of consistency that helps the whole stay feel seamless. Condé Nast Traveller has also recognised the hotel in its Readers’ Choice Awards repeatedly from 2018 to 2024, which suggests The Peninsula’s appeal has not been a one-off success but a sustained standard. For travellers deciding where to splurge in Bangkok, that blend of atmosphere, service and riverside ease makes it one of the city’s most compelling luxury choices. </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0">
        <w:r>
          <w:rPr>
            <w:color w:val="0000EE"/>
            <w:u w:val="single"/>
          </w:rPr>
          <w:t>[2]</w:t>
        </w:r>
      </w:hyperlink>
      <w:r>
        <w:t xml:space="preserve">, </w:t>
      </w:r>
      <w:hyperlink r:id="rId12">
        <w:r>
          <w:rPr>
            <w:color w:val="0000EE"/>
            <w:u w:val="single"/>
          </w:rPr>
          <w:t>[7]</w:t>
        </w:r>
      </w:hyperlink>
      <w:r>
        <w:t xml:space="preserve">- Paragraph 3: </w:t>
      </w:r>
      <w:hyperlink r:id="rId13">
        <w:r>
          <w:rPr>
            <w:color w:val="0000EE"/>
            <w:u w:val="single"/>
          </w:rPr>
          <w:t>[3]</w:t>
        </w:r>
      </w:hyperlink>
      <w:r>
        <w:t xml:space="preserve">, </w:t>
      </w:r>
      <w:hyperlink r:id="rId14">
        <w:r>
          <w:rPr>
            <w:color w:val="0000EE"/>
            <w:u w:val="single"/>
          </w:rPr>
          <w:t>[4]</w:t>
        </w:r>
      </w:hyperlink>
      <w:r>
        <w:t xml:space="preserve">, </w:t>
      </w:r>
      <w:hyperlink r:id="rId12">
        <w:r>
          <w:rPr>
            <w:color w:val="0000EE"/>
            <w:u w:val="single"/>
          </w:rPr>
          <w:t>[7]</w:t>
        </w:r>
      </w:hyperlink>
      <w:r>
        <w:t xml:space="preserve">- Paragraph 4: </w:t>
      </w:r>
      <w:hyperlink r:id="rId10">
        <w:r>
          <w:rPr>
            <w:color w:val="0000EE"/>
            <w:u w:val="single"/>
          </w:rPr>
          <w:t>[2]</w:t>
        </w:r>
      </w:hyperlink>
      <w:r>
        <w:t xml:space="preserve">, </w:t>
      </w:r>
      <w:hyperlink r:id="rId13">
        <w:r>
          <w:rPr>
            <w:color w:val="0000EE"/>
            <w:u w:val="single"/>
          </w:rPr>
          <w:t>[3]</w:t>
        </w:r>
      </w:hyperlink>
      <w:r>
        <w:t xml:space="preserve">, </w:t>
      </w:r>
      <w:hyperlink r:id="rId14">
        <w:r>
          <w:rPr>
            <w:color w:val="0000EE"/>
            <w:u w:val="single"/>
          </w:rPr>
          <w:t>[4]</w:t>
        </w:r>
      </w:hyperlink>
      <w:r>
        <w:t xml:space="preserve">- Paragraph 5: </w:t>
      </w:r>
      <w:hyperlink r:id="rId13">
        <w:r>
          <w:rPr>
            <w:color w:val="0000EE"/>
            <w:u w:val="single"/>
          </w:rPr>
          <w:t>[3]</w:t>
        </w:r>
      </w:hyperlink>
      <w:r>
        <w:t xml:space="preserve">, </w:t>
      </w:r>
      <w:hyperlink r:id="rId14">
        <w:r>
          <w:rPr>
            <w:color w:val="0000EE"/>
            <w:u w:val="single"/>
          </w:rPr>
          <w:t>[4]</w:t>
        </w:r>
      </w:hyperlink>
      <w:r>
        <w:t xml:space="preserve">, </w:t>
      </w:r>
      <w:hyperlink r:id="rId15">
        <w:r>
          <w:rPr>
            <w:color w:val="0000EE"/>
            <w:u w:val="single"/>
          </w:rPr>
          <w:t>[5]</w:t>
        </w:r>
      </w:hyperlink>
      <w:r>
        <w:t xml:space="preserve">- Paragraph 6: </w:t>
      </w:r>
      <w:hyperlink r:id="rId15">
        <w:r>
          <w:rPr>
            <w:color w:val="0000EE"/>
            <w:u w:val="single"/>
          </w:rPr>
          <w:t>[5]</w:t>
        </w:r>
      </w:hyperlink>
      <w:r>
        <w:t xml:space="preserve">, </w:t>
      </w:r>
      <w:hyperlink r:id="rId11">
        <w:r>
          <w:rPr>
            <w:color w:val="0000EE"/>
            <w:u w:val="single"/>
          </w:rPr>
          <w:t>[6]</w:t>
        </w:r>
      </w:hyperlink>
      <w:r>
        <w:t xml:space="preserve">, </w:t>
      </w:r>
      <w:hyperlink r:id="rId10">
        <w:r>
          <w:rPr>
            <w:color w:val="0000EE"/>
            <w:u w:val="single"/>
          </w:rPr>
          <w:t>[2]</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https://travelwithhayden.com/the-peninsula-bangkok-review/</w:t>
        </w:r>
      </w:hyperlink>
      <w:r>
        <w:t xml:space="preserve"> - Please view link - unable to able to access data</w:t>
      </w:r>
      <w:r/>
    </w:p>
    <w:p>
      <w:pPr>
        <w:pStyle w:val="ListNumber"/>
        <w:spacing w:line="240" w:lineRule="auto"/>
        <w:ind w:left="720"/>
      </w:pPr>
      <w:r/>
      <w:hyperlink r:id="rId10">
        <w:r>
          <w:rPr>
            <w:color w:val="0000EE"/>
            <w:u w:val="single"/>
          </w:rPr>
          <w:t>https://www.tripadvisor.com/Hotel_Review-g293916-d302769-Reviews-The_Peninsula_Bangkok-Bangkok.html</w:t>
        </w:r>
      </w:hyperlink>
      <w:r>
        <w:t xml:space="preserve"> - The Peninsula Bangkok is a luxury hotel situated along the Chao Phraya River, offering panoramic city views from every room. Guests praise its exceptional cleanliness, tranquil elegance, and prime riverfront location, providing easy access to attractions like ICONSIAM. The hotel features a three-tiered outdoor pool, a riverside spa, and fine dining options, including Thai and Cantonese cuisine. Service is consistently lauded for its warmth and professionalism, contributing to the hotel's reputation as a top choice for luxury accommodations in Bangkok.</w:t>
      </w:r>
      <w:r/>
    </w:p>
    <w:p>
      <w:pPr>
        <w:pStyle w:val="ListNumber"/>
        <w:spacing w:line="240" w:lineRule="auto"/>
        <w:ind w:left="720"/>
      </w:pPr>
      <w:r/>
      <w:hyperlink r:id="rId13">
        <w:r>
          <w:rPr>
            <w:color w:val="0000EE"/>
            <w:u w:val="single"/>
          </w:rPr>
          <w:t>https://thailandaddict.com/en/review-the-peninsula-bangkok</w:t>
        </w:r>
      </w:hyperlink>
      <w:r>
        <w:t xml:space="preserve"> - The Peninsula Bangkok offers a unique urban resort experience with its three-tiered outdoor pool cascading towards the river, providing a resort-like feel in the city. The hotel features a mahogany shuttle boat ferrying guests across the river to ICONSIAM and the BTS Skytrain station. Dining options include Thiptara for Thai cuisine, Mei Jiang for Cantonese, and River Café &amp; Terrace for breakfast and buffets. While the location on the Klong San side offers quiet, open views, it requires a shuttle boat ride to reach the main attractions on the eastern side of the river.</w:t>
      </w:r>
      <w:r/>
    </w:p>
    <w:p>
      <w:pPr>
        <w:pStyle w:val="ListNumber"/>
        <w:spacing w:line="240" w:lineRule="auto"/>
        <w:ind w:left="720"/>
      </w:pPr>
      <w:r/>
      <w:hyperlink r:id="rId14">
        <w:r>
          <w:rPr>
            <w:color w:val="0000EE"/>
            <w:u w:val="single"/>
          </w:rPr>
          <w:t>https://www.oyster.com/bangkok/hotels/the-peninsula-bangkok/</w:t>
        </w:r>
      </w:hyperlink>
      <w:r>
        <w:t xml:space="preserve"> - The Peninsula Bangkok is an elegant luxury property attracting business travelers and tourists. It offers fine-dining restaurants serving Thai and Cantonese cuisine, a long swimming pool with ample lounge chairs, a modern fitness center, and an opulent spa. The hotel provides a free shuttle boat to the Skytrain station, facilitating easy access to the city's attractions. While located on the west side of the Chao Phraya River, the shuttle boat ensures guests can conveniently reach the eastern side, where most of Bangkok's main attractions are situated.</w:t>
      </w:r>
      <w:r/>
    </w:p>
    <w:p>
      <w:pPr>
        <w:pStyle w:val="ListNumber"/>
        <w:spacing w:line="240" w:lineRule="auto"/>
        <w:ind w:left="720"/>
      </w:pPr>
      <w:r/>
      <w:hyperlink r:id="rId15">
        <w:r>
          <w:rPr>
            <w:color w:val="0000EE"/>
            <w:u w:val="single"/>
          </w:rPr>
          <w:t>https://www.cntraveler.com/hotels/thailand/bangkok/the-peninsula-bangkok</w:t>
        </w:r>
      </w:hyperlink>
      <w:r>
        <w:t xml:space="preserve"> - The Peninsula Bangkok is a luxury hotel located on the western bank of the Chao Phraya River, offering panoramic city views from every room. Guests can enjoy leisurely days by the hotel's renowned pool, with a short crossing to the eastern side of the river via the hotel's antique junk boat. The hotel has been recognized in the Condé Nast Traveler Readers' Choice Awards from 2018 to 2024, reflecting its consistent excellence in hospitality and service.</w:t>
      </w:r>
      <w:r/>
    </w:p>
    <w:p>
      <w:pPr>
        <w:pStyle w:val="ListNumber"/>
        <w:spacing w:line="240" w:lineRule="auto"/>
        <w:ind w:left="720"/>
      </w:pPr>
      <w:r/>
      <w:hyperlink r:id="rId11">
        <w:r>
          <w:rPr>
            <w:color w:val="0000EE"/>
            <w:u w:val="single"/>
          </w:rPr>
          <w:t>https://www.booking.com/reviews/th/hotel/the-peninsula-bangkok.html</w:t>
        </w:r>
      </w:hyperlink>
      <w:r>
        <w:t xml:space="preserve"> - The Peninsula Bangkok receives high praise from guests for its exceptional service excellence and luxury accommodations. Reviews highlight the hotel's great location, comfortable stay, and excellent facilities, including a riverside pool and proximity to ICONSIAM. The staff's professionalism and attentiveness contribute to a memorable experience, making it a top choice for travelers seeking a luxurious riverside stay in Bangkok.</w:t>
      </w:r>
      <w:r/>
    </w:p>
    <w:p>
      <w:pPr>
        <w:pStyle w:val="ListNumber"/>
        <w:spacing w:line="240" w:lineRule="auto"/>
        <w:ind w:left="720"/>
      </w:pPr>
      <w:r/>
      <w:hyperlink r:id="rId12">
        <w:r>
          <w:rPr>
            <w:color w:val="0000EE"/>
            <w:u w:val="single"/>
          </w:rPr>
          <w:t>https://compassbangkok.com/the-peninsula-bangkok/</w:t>
        </w:r>
      </w:hyperlink>
      <w:r>
        <w:t xml:space="preserve"> - The Peninsula Bangkok is considered one of the most refined luxury hotels in Bangkok, offering unobstructed panoramic views of the city skyline across the Chao Phraya River. The hotel features a three-tiered pool terrace cascading towards the river, providing a unique swimming experience. Rooms are spacious and well-appointed, with in-room technology that enhances guest comfort. The hotel's staff-to-guest ratio ensures attentive service, and the Peninsula Academy program offers complimentary cultural experiences exclusive to guests.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ravelwithhayden.com/the-peninsula-bangkok-review/" TargetMode="External"/><Relationship Id="rId10" Type="http://schemas.openxmlformats.org/officeDocument/2006/relationships/hyperlink" Target="https://www.tripadvisor.com/Hotel_Review-g293916-d302769-Reviews-The_Peninsula_Bangkok-Bangkok.html" TargetMode="External"/><Relationship Id="rId11" Type="http://schemas.openxmlformats.org/officeDocument/2006/relationships/hyperlink" Target="https://www.booking.com/reviews/th/hotel/the-peninsula-bangkok.html" TargetMode="External"/><Relationship Id="rId12" Type="http://schemas.openxmlformats.org/officeDocument/2006/relationships/hyperlink" Target="https://compassbangkok.com/the-peninsula-bangkok/" TargetMode="External"/><Relationship Id="rId13" Type="http://schemas.openxmlformats.org/officeDocument/2006/relationships/hyperlink" Target="https://thailandaddict.com/en/review-the-peninsula-bangkok" TargetMode="External"/><Relationship Id="rId14" Type="http://schemas.openxmlformats.org/officeDocument/2006/relationships/hyperlink" Target="https://www.oyster.com/bangkok/hotels/the-peninsula-bangkok/" TargetMode="External"/><Relationship Id="rId15" Type="http://schemas.openxmlformats.org/officeDocument/2006/relationships/hyperlink" Target="https://www.cntraveler.com/hotels/thailand/bangkok/the-peninsula-bangkok"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