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Phi Phi Islands: the secret to a peaceful and scenic escape beyond tourist crowds</w:t>
      </w:r>
      <w:r/>
    </w:p>
    <w:p>
      <w:r/>
      <w:r/>
    </w:p>
    <w:p>
      <w:r>
        <w:drawing>
          <wp:inline xmlns:a="http://schemas.openxmlformats.org/drawingml/2006/main" xmlns:pic="http://schemas.openxmlformats.org/drawingml/2006/picture">
            <wp:extent cx="5080000" cy="3408101"/>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3408101"/>
                    </a:xfrm>
                    <a:prstGeom prst="rect"/>
                  </pic:spPr>
                </pic:pic>
              </a:graphicData>
            </a:graphic>
          </wp:inline>
        </w:drawing>
      </w:r>
    </w:p>
    <w:p>
      <w:r/>
      <w:r>
        <w:t xml:space="preserve">For travellers deciding whether the Phi Phi Islands deserve a place on a Thailand itinerary, the answer is yes, but with expectations set properly. According to travel guides on the islands, the scenery is the real draw: sheer limestone cliffs, bright turquoise water and pale sand make the landscape feel as dramatic in person as it does in photographs. </w:t>
      </w:r>
      <w:r/>
    </w:p>
    <w:p>
      <w:r/>
      <w:r>
        <w:t xml:space="preserve">The main caveat is crowds. Multiple guides note that the most famous spots can feel busy, especially around midday when tour boats arrive in waves. Early morning is repeatedly recommended for a calmer experience, better light and easier access to places such as Maya Bay and Pileh Lagoon. </w:t>
      </w:r>
      <w:r/>
    </w:p>
    <w:p>
      <w:r/>
      <w:r>
        <w:t xml:space="preserve">That said, the islands offer more than a quick beach stop. Snorkelling, swimming and boat trips are all part of the appeal, and coastal routes can open up quieter coves and stretches of water that many day-trippers never see. Pileh Lagoon, in particular, is often described as a highlight for its sheltered emerald water and surrounding cliffs. </w:t>
      </w:r>
      <w:r/>
    </w:p>
    <w:p>
      <w:r/>
      <w:r>
        <w:t xml:space="preserve">A day trip can cover the basics, but staying overnight changes the feel of the destination. Once the tour groups leave, the islands become noticeably more peaceful, making sunset, dinner and an unhurried morning feel far more appealing. For travellers who value atmosphere as much as sightseeing, that extra night may be the difference between a packed excursion and a memorable island stay. </w:t>
      </w:r>
      <w:r/>
    </w:p>
    <w:p>
      <w:pPr>
        <w:pStyle w:val="Heading3"/>
      </w:pPr>
      <w:r>
        <w:t>Source Reference Map</w:t>
      </w:r>
      <w:r/>
    </w:p>
    <w:p>
      <w:r/>
      <w:r>
        <w:rPr>
          <w:b/>
        </w:rPr>
        <w:t>Inspired by headline at:</w:t>
      </w:r>
      <w:r>
        <w:t xml:space="preserve"> </w:t>
      </w:r>
      <w:hyperlink r:id="rId9">
        <w:r>
          <w:rPr>
            <w:color w:val="0000EE"/>
            <w:u w:val="single"/>
          </w:rPr>
          <w:t>[1]</w:t>
        </w:r>
      </w:hyperlink>
      <w:r/>
    </w:p>
    <w:p>
      <w:r/>
      <w:r>
        <w:rPr>
          <w:b/>
        </w:rPr>
        <w:t>Sources by paragraph:</w:t>
      </w:r>
      <w:r>
        <w:t xml:space="preserve">- Paragraph 1: </w:t>
      </w:r>
      <w:hyperlink r:id="rId10">
        <w:r>
          <w:rPr>
            <w:color w:val="0000EE"/>
            <w:u w:val="single"/>
          </w:rPr>
          <w:t>[2]</w:t>
        </w:r>
      </w:hyperlink>
      <w:r>
        <w:t xml:space="preserve">, </w:t>
      </w:r>
      <w:hyperlink r:id="rId11">
        <w:r>
          <w:rPr>
            <w:color w:val="0000EE"/>
            <w:u w:val="single"/>
          </w:rPr>
          <w:t>[3]</w:t>
        </w:r>
      </w:hyperlink>
      <w:r>
        <w:t xml:space="preserve">- Paragraph 2: </w:t>
      </w:r>
      <w:hyperlink r:id="rId10">
        <w:r>
          <w:rPr>
            <w:color w:val="0000EE"/>
            <w:u w:val="single"/>
          </w:rPr>
          <w:t>[2]</w:t>
        </w:r>
      </w:hyperlink>
      <w:r>
        <w:t xml:space="preserve">, </w:t>
      </w:r>
      <w:hyperlink r:id="rId11">
        <w:r>
          <w:rPr>
            <w:color w:val="0000EE"/>
            <w:u w:val="single"/>
          </w:rPr>
          <w:t>[3]</w:t>
        </w:r>
      </w:hyperlink>
      <w:r>
        <w:t xml:space="preserve">, </w:t>
      </w:r>
      <w:hyperlink r:id="rId12">
        <w:r>
          <w:rPr>
            <w:color w:val="0000EE"/>
            <w:u w:val="single"/>
          </w:rPr>
          <w:t>[4]</w:t>
        </w:r>
      </w:hyperlink>
      <w:r>
        <w:t xml:space="preserve">, </w:t>
      </w:r>
      <w:hyperlink r:id="rId13">
        <w:r>
          <w:rPr>
            <w:color w:val="0000EE"/>
            <w:u w:val="single"/>
          </w:rPr>
          <w:t>[5]</w:t>
        </w:r>
      </w:hyperlink>
      <w:r>
        <w:t xml:space="preserve">, </w:t>
      </w:r>
      <w:hyperlink r:id="rId14">
        <w:r>
          <w:rPr>
            <w:color w:val="0000EE"/>
            <w:u w:val="single"/>
          </w:rPr>
          <w:t>[7]</w:t>
        </w:r>
      </w:hyperlink>
      <w:r>
        <w:t xml:space="preserve">- Paragraph 3: </w:t>
      </w:r>
      <w:hyperlink r:id="rId10">
        <w:r>
          <w:rPr>
            <w:color w:val="0000EE"/>
            <w:u w:val="single"/>
          </w:rPr>
          <w:t>[2]</w:t>
        </w:r>
      </w:hyperlink>
      <w:r>
        <w:t xml:space="preserve">, </w:t>
      </w:r>
      <w:hyperlink r:id="rId12">
        <w:r>
          <w:rPr>
            <w:color w:val="0000EE"/>
            <w:u w:val="single"/>
          </w:rPr>
          <w:t>[4]</w:t>
        </w:r>
      </w:hyperlink>
      <w:r>
        <w:t xml:space="preserve">, </w:t>
      </w:r>
      <w:hyperlink r:id="rId15">
        <w:r>
          <w:rPr>
            <w:color w:val="0000EE"/>
            <w:u w:val="single"/>
          </w:rPr>
          <w:t>[6]</w:t>
        </w:r>
      </w:hyperlink>
      <w:r>
        <w:t xml:space="preserve">, </w:t>
      </w:r>
      <w:hyperlink r:id="rId14">
        <w:r>
          <w:rPr>
            <w:color w:val="0000EE"/>
            <w:u w:val="single"/>
          </w:rPr>
          <w:t>[7]</w:t>
        </w:r>
      </w:hyperlink>
      <w:r>
        <w:t xml:space="preserve">- Paragraph 4: </w:t>
      </w:r>
      <w:hyperlink r:id="rId9">
        <w:r>
          <w:rPr>
            <w:color w:val="0000EE"/>
            <w:u w:val="single"/>
          </w:rPr>
          <w:t>[1]</w:t>
        </w:r>
      </w:hyperlink>
      <w:r>
        <w:t xml:space="preserve">, </w:t>
      </w:r>
      <w:hyperlink r:id="rId15">
        <w:r>
          <w:rPr>
            <w:color w:val="0000EE"/>
            <w:u w:val="single"/>
          </w:rPr>
          <w:t>[6]</w:t>
        </w:r>
      </w:hyperlink>
      <w:r/>
    </w:p>
    <w:p>
      <w:r/>
      <w:r>
        <w:t xml:space="preserve">Source: </w:t>
      </w:r>
      <w:hyperlink r:id="rId16">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9">
        <w:r>
          <w:rPr>
            <w:color w:val="0000EE"/>
            <w:u w:val="single"/>
          </w:rPr>
          <w:t>https://www.themaldivestravel.com/is-phi-phi-islands-worth-visiting-an-honest-travel-guide-first-hand-review.html</w:t>
        </w:r>
      </w:hyperlink>
      <w:r>
        <w:t xml:space="preserve"> - Please view link - unable to able to access data</w:t>
      </w:r>
      <w:r/>
    </w:p>
    <w:p>
      <w:pPr>
        <w:pStyle w:val="ListNumber"/>
        <w:spacing w:line="240" w:lineRule="auto"/>
        <w:ind w:left="720"/>
      </w:pPr>
      <w:r/>
      <w:hyperlink r:id="rId10">
        <w:r>
          <w:rPr>
            <w:color w:val="0000EE"/>
            <w:u w:val="single"/>
          </w:rPr>
          <w:t>https://www.phiphi-islands-tours.com/plan-your-experience/</w:t>
        </w:r>
      </w:hyperlink>
      <w:r>
        <w:t xml:space="preserve"> - This guide provides detailed information on planning a visit to the Phi Phi Islands, including the best times to visit, tour options, and what to expect during your trip. It emphasizes the importance of early morning departures to avoid crowds and enjoy calmer seas, particularly when visiting popular spots like Maya Bay and Pileh Lagoon. The guide also offers insights into the various activities available, such as snorkeling, swimming, and boat tours, ensuring a comprehensive experience of the islands' natural beauty.</w:t>
      </w:r>
      <w:r/>
    </w:p>
    <w:p>
      <w:pPr>
        <w:pStyle w:val="ListNumber"/>
        <w:spacing w:line="240" w:lineRule="auto"/>
        <w:ind w:left="720"/>
      </w:pPr>
      <w:r/>
      <w:hyperlink r:id="rId11">
        <w:r>
          <w:rPr>
            <w:color w:val="0000EE"/>
            <w:u w:val="single"/>
          </w:rPr>
          <w:t>https://www.nomadotravel.app/en/attractions/phi-phi-islands</w:t>
        </w:r>
      </w:hyperlink>
      <w:r>
        <w:t xml:space="preserve"> - Nomado Travel's guide to the Phi Phi Islands highlights the stunning natural landscapes, including towering limestone cliffs, clear turquoise waters, and white sandy beaches. It discusses the popularity of the islands and the potential for crowds, especially during midday when multiple tour groups arrive. The guide suggests early morning visits to popular spots like Maya Bay to experience them with fewer people and better lighting, enhancing the overall experience of the islands' beauty.</w:t>
      </w:r>
      <w:r/>
    </w:p>
    <w:p>
      <w:pPr>
        <w:pStyle w:val="ListNumber"/>
        <w:spacing w:line="240" w:lineRule="auto"/>
        <w:ind w:left="720"/>
      </w:pPr>
      <w:r/>
      <w:hyperlink r:id="rId12">
        <w:r>
          <w:rPr>
            <w:color w:val="0000EE"/>
            <w:u w:val="single"/>
          </w:rPr>
          <w:t>https://www.phiphi-islands-tours.com/pileh-lagoon/</w:t>
        </w:r>
      </w:hyperlink>
      <w:r>
        <w:t xml:space="preserve"> - This page focuses on Pileh Lagoon, a serene spot in Phi Phi Leh known for its emerald waters and towering limestone cliffs. It provides information on the best times to visit, recommending early mornings for calmer waters and fewer boats, and late afternoons for cooler temperatures and more shade. The page also offers practical tips for visitors, including snorkeling visibility, tour options, and what to expect during a visit to this picturesque location.</w:t>
      </w:r>
      <w:r/>
    </w:p>
    <w:p>
      <w:pPr>
        <w:pStyle w:val="ListNumber"/>
        <w:spacing w:line="240" w:lineRule="auto"/>
        <w:ind w:left="720"/>
      </w:pPr>
      <w:r/>
      <w:hyperlink r:id="rId13">
        <w:r>
          <w:rPr>
            <w:color w:val="0000EE"/>
            <w:u w:val="single"/>
          </w:rPr>
          <w:t>https://go2-thailand.com/blog/phi-phi-islands-guide-beyond-tourist-crowds/</w:t>
        </w:r>
      </w:hyperlink>
      <w:r>
        <w:t xml:space="preserve"> - Go2Thailand's guide offers insights into experiencing the Phi Phi Islands beyond the typical tourist spots. It highlights the natural beauty of locations like Maya Bay and Pileh Lagoon, emphasizing the importance of early morning visits to avoid crowds and enjoy a more relaxed atmosphere. The guide also provides practical advice on tour options, best times to visit, and how to make the most of your trip to these stunning islands.</w:t>
      </w:r>
      <w:r/>
    </w:p>
    <w:p>
      <w:pPr>
        <w:pStyle w:val="ListNumber"/>
        <w:spacing w:line="240" w:lineRule="auto"/>
        <w:ind w:left="720"/>
      </w:pPr>
      <w:r/>
      <w:hyperlink r:id="rId15">
        <w:r>
          <w:rPr>
            <w:color w:val="0000EE"/>
            <w:u w:val="single"/>
          </w:rPr>
          <w:t>https://www.phiphi-islands-tours.com/</w:t>
        </w:r>
      </w:hyperlink>
      <w:r>
        <w:t xml:space="preserve"> - This website offers curated day trips to the Phi Phi Islands, providing options for various boat choices and tour itineraries. It details the sights to see on a Phi Phi Island tour, including Ko Phi Phi Don, Pileh Lagoon, and Maya Bay. The site emphasizes the best times to visit each location to avoid crowds and enjoy a more relaxed experience, offering practical information for planning a visit to these beautiful islands.</w:t>
      </w:r>
      <w:r/>
    </w:p>
    <w:p>
      <w:pPr>
        <w:pStyle w:val="ListNumber"/>
        <w:spacing w:line="240" w:lineRule="auto"/>
        <w:ind w:left="720"/>
      </w:pPr>
      <w:r/>
      <w:hyperlink r:id="rId14">
        <w:r>
          <w:rPr>
            <w:color w:val="0000EE"/>
            <w:u w:val="single"/>
          </w:rPr>
          <w:t>https://genztravel.co.uk/things-to-do-in-phi-phi/</w:t>
        </w:r>
      </w:hyperlink>
      <w:r>
        <w:t xml:space="preserve"> - Genz Travel's article outlines the best activities to do in the Phi Phi Islands for an unforgettable trip. It highlights the importance of visiting Maya Bay early in the morning to avoid crowds and enjoy the serene beauty of the location. The article also discusses other attractions and activities available on the islands, providing a comprehensive guide for travelers seeking to make the most of their visit to this tropical paradise.</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themaldivestravel.com/is-phi-phi-islands-worth-visiting-an-honest-travel-guide-first-hand-review.html" TargetMode="External"/><Relationship Id="rId10" Type="http://schemas.openxmlformats.org/officeDocument/2006/relationships/hyperlink" Target="https://www.phiphi-islands-tours.com/plan-your-experience/" TargetMode="External"/><Relationship Id="rId11" Type="http://schemas.openxmlformats.org/officeDocument/2006/relationships/hyperlink" Target="https://www.nomadotravel.app/en/attractions/phi-phi-islands" TargetMode="External"/><Relationship Id="rId12" Type="http://schemas.openxmlformats.org/officeDocument/2006/relationships/hyperlink" Target="https://www.phiphi-islands-tours.com/pileh-lagoon/" TargetMode="External"/><Relationship Id="rId13" Type="http://schemas.openxmlformats.org/officeDocument/2006/relationships/hyperlink" Target="https://go2-thailand.com/blog/phi-phi-islands-guide-beyond-tourist-crowds/" TargetMode="External"/><Relationship Id="rId14" Type="http://schemas.openxmlformats.org/officeDocument/2006/relationships/hyperlink" Target="https://genztravel.co.uk/things-to-do-in-phi-phi/" TargetMode="External"/><Relationship Id="rId15" Type="http://schemas.openxmlformats.org/officeDocument/2006/relationships/hyperlink" Target="https://www.phiphi-islands-tours.com/" TargetMode="External"/><Relationship Id="rId16" Type="http://schemas.openxmlformats.org/officeDocument/2006/relationships/hyperlink" Target="https://www.noahwire.com"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