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Wintree City Resort offers affordable luxury and central access in Chiang Mai</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If you are looking for a base in Chiang Mai that combines a central location with resort-style comforts, Wintree City Resort is one of the more appealing options currently being promoted for under €65 a night. Fly4free has highlighted the property as a five-star stay with a pool, aimed at travellers visiting Thailand between September 2026 and March 2027.</w:t>
      </w:r>
      <w:r/>
    </w:p>
    <w:p>
      <w:r/>
      <w:r>
        <w:t>According to the hotel’s own website and guest listings, Wintree City Resort sits on the Chiang Mai-Lampang road, close to Nimmanhaemin Road and Maya Shopping Mall, with the old city and night market reachable by a short drive. That makes it a practical choice for visitors who want easy access to the city’s temples, markets and cafés without staying in the busiest tourist core.</w:t>
      </w:r>
      <w:r/>
    </w:p>
    <w:p>
      <w:r/>
      <w:r>
        <w:t>The hotel has 168 rooms, with a look that mixes modern styling and local Lanna touches. Booking.com describes the rooms as air-conditioned and fitted with private bathrooms, walk-in showers, minibars and balconies in some categories, while the hotel says the beds are designed for comfort and the interiors are made for a relaxed stay. Facilities include an outdoor pool, fitness centre, restaurant, bar, free Wi-Fi, 24-hour reception and free parking.</w:t>
      </w:r>
      <w:r/>
    </w:p>
    <w:p>
      <w:r/>
      <w:r>
        <w:t>For families and longer stays, the property appears to offer more than the basics. TripAdvisor notes three swimming pools, including a children’s pool, along with shuttle and tour services. The hotel’s own site says it also has child-friendly dining, while broader amenity listings mention room service, laundry, a business centre and space for meetings or private events.</w:t>
      </w:r>
      <w:r/>
    </w:p>
    <w:p>
      <w:r/>
      <w:r>
        <w:t>Guest feedback is broadly positive. Booking.com shows a rating of 8.1 out of 10, with praise for cleanliness, comfort and breakfast, while Trip.com gives it 8.8 out of 10 and highlights service and facilities. A few guests note that the hotel is not ideal for walking into the old town, so it suits travellers more comfortable with taxis or shuttle transport than those wanting to be in the middle of Chiang Mai’s heritage quarter. For many holidaymakers, though, that trade-off may be worth it for the pool, modern rooms and quieter setting.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w:t>
      </w:r>
      <w:hyperlink r:id="rId14">
        <w:r>
          <w:rPr>
            <w:color w:val="0000EE"/>
            <w:u w:val="single"/>
          </w:rPr>
          <w:t>[7]</w:t>
        </w:r>
      </w:hyperlink>
      <w:r>
        <w:t xml:space="preserve">- Paragraph 4: </w:t>
      </w:r>
      <w:hyperlink r:id="rId12">
        <w:r>
          <w:rPr>
            <w:color w:val="0000EE"/>
            <w:u w:val="single"/>
          </w:rPr>
          <w:t>[4]</w:t>
        </w:r>
      </w:hyperlink>
      <w:r>
        <w:t xml:space="preserve">, </w:t>
      </w:r>
      <w:hyperlink r:id="rId15">
        <w:r>
          <w:rPr>
            <w:color w:val="0000EE"/>
            <w:u w:val="single"/>
          </w:rPr>
          <w:t>[5]</w:t>
        </w:r>
      </w:hyperlink>
      <w:r>
        <w:t xml:space="preserve">, </w:t>
      </w:r>
      <w:hyperlink r:id="rId13">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https://www.fly4free.com/flight-deals/europe/5-star-hotel-in-chiang-mai-e65/</w:t>
        </w:r>
      </w:hyperlink>
      <w:r>
        <w:t xml:space="preserve"> - Please view link - unable to able to access data</w:t>
      </w:r>
      <w:r/>
    </w:p>
    <w:p>
      <w:pPr>
        <w:pStyle w:val="ListNumber"/>
        <w:spacing w:line="240" w:lineRule="auto"/>
        <w:ind w:left="720"/>
      </w:pPr>
      <w:r/>
      <w:hyperlink r:id="rId10">
        <w:r>
          <w:rPr>
            <w:color w:val="0000EE"/>
            <w:u w:val="single"/>
          </w:rPr>
          <w:t>https://www.tripadvisor.com/Hotel_Review-g293917-d12921639-Reviews-Wintree_City_Resort-Chiang_Mai.html</w:t>
        </w:r>
      </w:hyperlink>
      <w:r>
        <w:t xml:space="preserve"> - Wintree City Resort Chiang Mai is a 5-star hotel situated in the lively Nimmanhaemin Road area, approximately 20 minutes from Chiang Mai International Airport and 10 minutes from the city centre and night market. The resort offers 168 spacious rooms that blend modern and Lanna-style decor, providing a peaceful and relaxing ambiance. Facilities include three swimming pools, meeting rooms, an all-day dining restaurant, a bar, and shuttle and tour services. Guests can enjoy free parking, high-speed internet, a fitness centre, and a 24-hour front desk. The hotel is also family-friendly, offering amenities such as a children's pool and activities for kids. (</w:t>
      </w:r>
      <w:hyperlink r:id="rId17">
        <w:r>
          <w:rPr>
            <w:color w:val="0000EE"/>
            <w:u w:val="single"/>
          </w:rPr>
          <w:t>tripadvisor.com</w:t>
        </w:r>
      </w:hyperlink>
      <w:r>
        <w:t>)</w:t>
      </w:r>
      <w:r/>
    </w:p>
    <w:p>
      <w:pPr>
        <w:pStyle w:val="ListNumber"/>
        <w:spacing w:line="240" w:lineRule="auto"/>
        <w:ind w:left="720"/>
      </w:pPr>
      <w:r/>
      <w:hyperlink r:id="rId11">
        <w:r>
          <w:rPr>
            <w:color w:val="0000EE"/>
            <w:u w:val="single"/>
          </w:rPr>
          <w:t>https://wintreecityresort.com/</w:t>
        </w:r>
      </w:hyperlink>
      <w:r>
        <w:t xml:space="preserve"> - Wintree City Resort Chiang Mai is a modern oasis located on the main Chiang Mai–Lampang road, just 5 minutes away from the famous Nimmanhaemin Road and Maya Shopping Mall. The resort offers 168 rooms that blend modern luxury with Lanna culture, featuring comfortable beds and well-equipped in-room amenities. Guests can relax by the pool, enjoy refreshing drinks, and dine at the all-day restaurant offering international, Chinese, and Thai cuisine. The hotel is children-friendly, providing special menus for youngsters. It also offers facilities for meetings, conferences, weddings, and parties, with a convention hall that can accommodate up to 450 guests. (</w:t>
      </w:r>
      <w:hyperlink r:id="rId18">
        <w:r>
          <w:rPr>
            <w:color w:val="0000EE"/>
            <w:u w:val="single"/>
          </w:rPr>
          <w:t>wintreecityresort.com</w:t>
        </w:r>
      </w:hyperlink>
      <w:r>
        <w:t>)</w:t>
      </w:r>
      <w:r/>
    </w:p>
    <w:p>
      <w:pPr>
        <w:pStyle w:val="ListNumber"/>
        <w:spacing w:line="240" w:lineRule="auto"/>
        <w:ind w:left="720"/>
      </w:pPr>
      <w:r/>
      <w:hyperlink r:id="rId12">
        <w:r>
          <w:rPr>
            <w:color w:val="0000EE"/>
            <w:u w:val="single"/>
          </w:rPr>
          <w:t>https://www.booking.com/reviews/th/hotel/wintree-city-resort.en-gb.html</w:t>
        </w:r>
      </w:hyperlink>
      <w:r>
        <w:t xml:space="preserve"> - Wintree City Resort Chiang Mai has received positive reviews from guests, with an overall rating of 8.1 out of 10 based on 134 hotel reviews. Guests have praised the hotel's cleanliness, comfort, and the quality of the breakfast. Some reviewers noted that the location is fine but not very close to the old town if you’re wanting to walk. The hotel offers modern design with sufficient power points for charging devices, and the breakfast spread is excellent. (</w:t>
      </w:r>
      <w:hyperlink r:id="rId19">
        <w:r>
          <w:rPr>
            <w:color w:val="0000EE"/>
            <w:u w:val="single"/>
          </w:rPr>
          <w:t>booking.com</w:t>
        </w:r>
      </w:hyperlink>
      <w:r>
        <w:t>)</w:t>
      </w:r>
      <w:r/>
    </w:p>
    <w:p>
      <w:pPr>
        <w:pStyle w:val="ListNumber"/>
        <w:spacing w:line="240" w:lineRule="auto"/>
        <w:ind w:left="720"/>
      </w:pPr>
      <w:r/>
      <w:hyperlink r:id="rId15">
        <w:r>
          <w:rPr>
            <w:color w:val="0000EE"/>
            <w:u w:val="single"/>
          </w:rPr>
          <w:t>https://www.trip.com/hotels/chiang-mai-hotel-detail-11128124/wintree-city-resort/review.html</w:t>
        </w:r>
      </w:hyperlink>
      <w:r>
        <w:t xml:space="preserve"> - Wintree City Resort Chiang Mai has an overall rating of 8.8 out of 10 based on 255 verified reviews. Guests have praised the hotel's location, amenities, service, and cleanliness. The hotel offers a variety of facilities, including a fitness centre, outdoor swimming pool, and a restaurant with a diverse breakfast spread. Some guests mentioned that the hotel is somewhat far from the city centre, and the room doors are heavy, which can be noisy. (</w:t>
      </w:r>
      <w:hyperlink r:id="rId20">
        <w:r>
          <w:rPr>
            <w:color w:val="0000EE"/>
            <w:u w:val="single"/>
          </w:rPr>
          <w:t>trip.com</w:t>
        </w:r>
      </w:hyperlink>
      <w:r>
        <w:t>)</w:t>
      </w:r>
      <w:r/>
    </w:p>
    <w:p>
      <w:pPr>
        <w:pStyle w:val="ListNumber"/>
        <w:spacing w:line="240" w:lineRule="auto"/>
        <w:ind w:left="720"/>
      </w:pPr>
      <w:r/>
      <w:hyperlink r:id="rId13">
        <w:r>
          <w:rPr>
            <w:color w:val="0000EE"/>
            <w:u w:val="single"/>
          </w:rPr>
          <w:t>https://www.booking.com/hotel/th/wintree-city-resort.html</w:t>
        </w:r>
      </w:hyperlink>
      <w:r>
        <w:t xml:space="preserve"> - Wintree City Resort Chiang Mai offers elegant accommodations with a fitness centre, sun terrace, restaurant, bar, and a year-round outdoor swimming pool. Guests enjoy free WiFi throughout their stay. Rooms feature air-conditioning, private bathrooms with walk-in showers, mini-bars, and balconies with city views. The hotel provides free private parking, a parking garage, and accessible facilities. The on-site restaurant serves Asian and American breakfast options. (</w:t>
      </w:r>
      <w:hyperlink r:id="rId21">
        <w:r>
          <w:rPr>
            <w:color w:val="0000EE"/>
            <w:u w:val="single"/>
          </w:rPr>
          <w:t>booking.com</w:t>
        </w:r>
      </w:hyperlink>
      <w:r>
        <w:t>)</w:t>
      </w:r>
      <w:r/>
    </w:p>
    <w:p>
      <w:pPr>
        <w:pStyle w:val="ListNumber"/>
        <w:spacing w:line="240" w:lineRule="auto"/>
        <w:ind w:left="720"/>
      </w:pPr>
      <w:r/>
      <w:hyperlink r:id="rId14">
        <w:r>
          <w:rPr>
            <w:color w:val="0000EE"/>
            <w:u w:val="single"/>
          </w:rPr>
          <w:t>https://www.chiang-maihotels.com/en/property/wintree-city-resort-chiang-mai.html</w:t>
        </w:r>
      </w:hyperlink>
      <w:r>
        <w:t xml:space="preserve"> - Wintree City Resort Chiang Mai offers a range of facilities, including free Wi-Fi, parking options, a paid airport shuttle, a fitness centre, and various property services such as a 24-hour reception, room service, and laundry. Dining options include in-room breakfast, a restaurant, and a bar/lounge area. The hotel also provides business facilities like a business centre and meeting/banquet facilities. For children, amenities include cots, a children's buffet, a children's pool, and toys. Recreation facilities include an outdoor swimming pool, beach umbrellas, sun loungers, and a sun terrace. (</w:t>
      </w:r>
      <w:hyperlink r:id="rId22">
        <w:r>
          <w:rPr>
            <w:color w:val="0000EE"/>
            <w:u w:val="single"/>
          </w:rPr>
          <w:t>chiang-maihotels.com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5-star-hotel-in-chiang-mai-e65/" TargetMode="External"/><Relationship Id="rId10" Type="http://schemas.openxmlformats.org/officeDocument/2006/relationships/hyperlink" Target="https://www.tripadvisor.com/Hotel_Review-g293917-d12921639-Reviews-Wintree_City_Resort-Chiang_Mai.html" TargetMode="External"/><Relationship Id="rId11" Type="http://schemas.openxmlformats.org/officeDocument/2006/relationships/hyperlink" Target="https://wintreecityresort.com/" TargetMode="External"/><Relationship Id="rId12" Type="http://schemas.openxmlformats.org/officeDocument/2006/relationships/hyperlink" Target="https://www.booking.com/reviews/th/hotel/wintree-city-resort.en-gb.html" TargetMode="External"/><Relationship Id="rId13" Type="http://schemas.openxmlformats.org/officeDocument/2006/relationships/hyperlink" Target="https://www.booking.com/hotel/th/wintree-city-resort.html" TargetMode="External"/><Relationship Id="rId14" Type="http://schemas.openxmlformats.org/officeDocument/2006/relationships/hyperlink" Target="https://www.chiang-maihotels.com/en/property/wintree-city-resort-chiang-mai.html" TargetMode="External"/><Relationship Id="rId15" Type="http://schemas.openxmlformats.org/officeDocument/2006/relationships/hyperlink" Target="https://www.trip.com/hotels/chiang-mai-hotel-detail-11128124/wintree-city-resort/review.html" TargetMode="External"/><Relationship Id="rId16" Type="http://schemas.openxmlformats.org/officeDocument/2006/relationships/hyperlink" Target="https://www.noahwire.com" TargetMode="External"/><Relationship Id="rId17" Type="http://schemas.openxmlformats.org/officeDocument/2006/relationships/hyperlink" Target="https://www.tripadvisor.com/Hotel_Review-g293917-d12921639-Reviews-Wintree_City_Resort-Chiang_Mai.html?utm_source=openai" TargetMode="External"/><Relationship Id="rId18" Type="http://schemas.openxmlformats.org/officeDocument/2006/relationships/hyperlink" Target="https://wintreecityresort.com/?utm_source=openai" TargetMode="External"/><Relationship Id="rId19" Type="http://schemas.openxmlformats.org/officeDocument/2006/relationships/hyperlink" Target="https://www.booking.com/reviews/th/hotel/wintree-city-resort.en-gb.html?utm_source=openai" TargetMode="External"/><Relationship Id="rId20" Type="http://schemas.openxmlformats.org/officeDocument/2006/relationships/hyperlink" Target="https://www.trip.com/hotels/chiang-mai-hotel-detail-11128124/wintree-city-resort/review.html?utm_source=openai" TargetMode="External"/><Relationship Id="rId21" Type="http://schemas.openxmlformats.org/officeDocument/2006/relationships/hyperlink" Target="https://www.booking.com/hotel/th/wintree-city-resort.html?utm_source=openai" TargetMode="External"/><Relationship Id="rId22" Type="http://schemas.openxmlformats.org/officeDocument/2006/relationships/hyperlink" Target="https://www.chiang-maihotels.com/en/property/wintree-city-resort-chiang-mai.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