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Phor Liang Meun Terracotta Arts Hotel redefines boutique accommodation in Chiang Mai’s Old City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Phor Liang Meun Terracotta Arts Hotel stands out in Chiang Mai’s Old City for one simple reason: it looks unlike most places to stay in northern Thailand. According to the hotel’s own website, the property opened in 2015 and was shaped by the Phor Liang Meun terracotta family business, which is reflected in the hand-carved sculptures and clay details scattered through the grounds. For travellers who care as much about atmosphere as convenience, that artistic identity is a major part of the appeal.</w:t>
      </w:r>
      <w:r/>
    </w:p>
    <w:p>
      <w:r/>
      <w:r>
        <w:t>Location is another strong draw. The hotel sits within the old city walls and moat, putting guests within easy reach of Chiang Mai Gate Market, Sunday Walking Street Market and temples such as Wat Phra Singh, while Expedia also places it near Nimmanhaemin Road. Booking.com and traveller reviews on TripAdvisor describe it as a practical base for exploring the city on foot, with shops, casual eateries and late-night snacks close by. That mix makes it especially appealing for visitors who want to wander rather than rely heavily on taxis.</w:t>
      </w:r>
      <w:r/>
    </w:p>
    <w:p>
      <w:r/>
      <w:r>
        <w:t>Inside, the experience is more comfortable than flashy. Guest reports highlight air-conditioned rooms, private bathrooms, balconies and useful in-room touches such as a refrigerator and coffee-making facilities. The hotel also offers free Wi-Fi and a saltwater outdoor pool, which is a welcome extra in Chiang Mai’s heat. Reviews on Booking.com and Agoda consistently praise the beds, cleanliness and general value, while Trip.com notes that travellers tend to rate the property highly for its location and amenities.</w:t>
      </w:r>
      <w:r/>
    </w:p>
    <w:p>
      <w:r/>
      <w:r>
        <w:t>Service is another reason the hotel earns repeat praise. Guest feedback on TripAdvisor and Booking.com frequently mentions warm, attentive staff, and one recent stay report described the front desk team as unusually helpful with restaurant, market and massage recommendations. A daily breakfast is included, with eggs made to order alongside Thai, Japanese and Western options, making it easier for guests with different tastes to start the day well. For families, couples or anyone wanting a distinctive base in the old city, Phor Liang Meun Terracotta Arts Hotel offers a mix of character, convenience and comfort that feels well suited to Chiang Mai’s relaxed pace.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w:t>
      </w:r>
      <w:hyperlink r:id="rId13">
        <w:r>
          <w:rPr>
            <w:color w:val="0000EE"/>
            <w:u w:val="single"/>
          </w:rPr>
          <w:t>[5]</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t xml:space="preserve">- Paragraph 4: </w:t>
      </w:r>
      <w:hyperlink r:id="rId11">
        <w:r>
          <w:rPr>
            <w:color w:val="0000EE"/>
            <w:u w:val="single"/>
          </w:rPr>
          <w:t>[3]</w:t>
        </w:r>
      </w:hyperlink>
      <w:r>
        <w:t xml:space="preserve">, </w:t>
      </w:r>
      <w:hyperlink r:id="rId13">
        <w:r>
          <w:rPr>
            <w:color w:val="0000EE"/>
            <w:u w:val="single"/>
          </w:rPr>
          <w:t>[5]</w:t>
        </w:r>
      </w:hyperlink>
      <w:r>
        <w:t xml:space="preserve">, </w:t>
      </w:r>
      <w:hyperlink r:id="rId14">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https://milesforfamily.com/2026/08/11/chiang-mai-hotel-review-phor-liang-meun-terracotta-arts-hotel/?utm_source=rss&amp;utm_medium=rss&amp;utm_campaign=chiang-mai-hotel-review-phor-liang-meun-terracotta-arts-hotel</w:t>
        </w:r>
      </w:hyperlink>
      <w:r>
        <w:t xml:space="preserve"> - Please view link - unable to able to access data</w:t>
      </w:r>
      <w:r/>
    </w:p>
    <w:p>
      <w:pPr>
        <w:pStyle w:val="ListNumber"/>
        <w:spacing w:line="240" w:lineRule="auto"/>
        <w:ind w:left="720"/>
      </w:pPr>
      <w:r/>
      <w:hyperlink r:id="rId10">
        <w:r>
          <w:rPr>
            <w:color w:val="0000EE"/>
            <w:u w:val="single"/>
          </w:rPr>
          <w:t>https://www.terracottahotelcm.com/</w:t>
        </w:r>
      </w:hyperlink>
      <w:r>
        <w:t xml:space="preserve"> - Phor Liang Meun Terracotta Arts Hotel, established in 2015, is situated in Chiang Mai's historic Old City. The hotel is renowned for its unique architectural design, featuring hand-carved sculptures and clay decorations crafted by the Phor Liang Meun Terracotta Arts family business. Guests can enjoy comfortable accommodations, including rooms with balconies and access to a saltwater pool. The hotel is conveniently located within walking distance of attractions such as the Chiang Mai Gate Market and the Sunday Walking Street Market.</w:t>
      </w:r>
      <w:r/>
    </w:p>
    <w:p>
      <w:pPr>
        <w:pStyle w:val="ListNumber"/>
        <w:spacing w:line="240" w:lineRule="auto"/>
        <w:ind w:left="720"/>
      </w:pPr>
      <w:r/>
      <w:hyperlink r:id="rId11">
        <w:r>
          <w:rPr>
            <w:color w:val="0000EE"/>
            <w:u w:val="single"/>
          </w:rPr>
          <w:t>https://www.tripadvisor.com/Hotel_Review-g293917-d15745188-Reviews-Phor_Liang_Meun_Terracotta_Arts_Hotel-Chiang_Mai.html</w:t>
        </w:r>
      </w:hyperlink>
      <w:r>
        <w:t xml:space="preserve"> - Phor Liang Meun Terracotta Arts Hotel has received positive reviews on TripAdvisor, with guests praising its location, design, and service. The hotel is situated in the heart of Chiang Mai's Old City, offering easy access to local attractions. The unique architectural design incorporates clay and terracotta elements, reflecting the hotel's artistic heritage. Guests have highlighted the warm and friendly service provided by the staff, contributing to a memorable stay.</w:t>
      </w:r>
      <w:r/>
    </w:p>
    <w:p>
      <w:pPr>
        <w:pStyle w:val="ListNumber"/>
        <w:spacing w:line="240" w:lineRule="auto"/>
        <w:ind w:left="720"/>
      </w:pPr>
      <w:r/>
      <w:hyperlink r:id="rId12">
        <w:r>
          <w:rPr>
            <w:color w:val="0000EE"/>
            <w:u w:val="single"/>
          </w:rPr>
          <w:t>https://www.expedia.com/Chiang-Mai-Hotels-Phor-Liang-Meun-Terracotta-Arts-Hotel.h32615949.Hotel-Information</w:t>
        </w:r>
      </w:hyperlink>
      <w:r>
        <w:t xml:space="preserve"> - Expedia provides detailed information about Phor Liang Meun Terracotta Arts Hotel, highlighting its location in the Old City of Chiang Mai. The hotel is near landmarks such as Wat Phra Singh and Nimmanhaemin Road. Amenities include an outdoor pool, free Wi-Fi, and a restaurant serving Thai cuisine. The hotel offers various room types, including those with balconies and pool access. Guests can also enjoy the on-site saltwater pool and garden area.</w:t>
      </w:r>
      <w:r/>
    </w:p>
    <w:p>
      <w:pPr>
        <w:pStyle w:val="ListNumber"/>
        <w:spacing w:line="240" w:lineRule="auto"/>
        <w:ind w:left="720"/>
      </w:pPr>
      <w:r/>
      <w:hyperlink r:id="rId13">
        <w:r>
          <w:rPr>
            <w:color w:val="0000EE"/>
            <w:u w:val="single"/>
          </w:rPr>
          <w:t>https://www.booking.com/hotel/th/phor-liang-meun-terracotta-arts.html</w:t>
        </w:r>
      </w:hyperlink>
      <w:r>
        <w:t xml:space="preserve"> - Booking.com features Phor Liang Meun Terracotta Arts Hotel, emphasizing its excellent location in Chiang Mai's Old City. The hotel boasts a high rating from guests, with commendations for its cleanliness, comfort, and value for money. Rooms are equipped with air conditioning, private bathrooms, and balconies. The hotel offers free Wi-Fi and a saltwater pool. Its proximity to attractions like the Chiang Mai Gate Market and Sunday Walking Street Market makes it a convenient choice for travellers.</w:t>
      </w:r>
      <w:r/>
    </w:p>
    <w:p>
      <w:pPr>
        <w:pStyle w:val="ListNumber"/>
        <w:spacing w:line="240" w:lineRule="auto"/>
        <w:ind w:left="720"/>
      </w:pPr>
      <w:r/>
      <w:hyperlink r:id="rId14">
        <w:r>
          <w:rPr>
            <w:color w:val="0000EE"/>
            <w:u w:val="single"/>
          </w:rPr>
          <w:t>https://www.agoda.com/phor-liang-meun-terracotta-arts-hotel_3/hotel/chiang-mai-th.html</w:t>
        </w:r>
      </w:hyperlink>
      <w:r>
        <w:t xml:space="preserve"> - Agoda provides an overview of Phor Liang Meun Terracotta Arts Hotel, highlighting its 4-star rating and location in Chiang Mai's Old City. The hotel offers comfortable accommodations with amenities such as balconies, in-room coffee machines, and refrigerators. Guests have praised the warm and attentive service provided by the staff. The hotel's design incorporates artistic elements, reflecting its heritage. Its proximity to night markets and local attractions makes it an ideal choice for visitors.</w:t>
      </w:r>
      <w:r/>
    </w:p>
    <w:p>
      <w:pPr>
        <w:pStyle w:val="ListNumber"/>
        <w:spacing w:line="240" w:lineRule="auto"/>
        <w:ind w:left="720"/>
      </w:pPr>
      <w:r/>
      <w:hyperlink r:id="rId15">
        <w:r>
          <w:rPr>
            <w:color w:val="0000EE"/>
            <w:u w:val="single"/>
          </w:rPr>
          <w:t>https://www.trip.com/hotels/chiang-mai-hotel-detail-29574376/phor-liang-meun-terracotta-arts-hotel/</w:t>
        </w:r>
      </w:hyperlink>
      <w:r>
        <w:t xml:space="preserve"> - Trip.com features Phor Liang Meun Terracotta Arts Hotel, highlighting its 4-star status and location in Chiang Mai's Old City. The hotel has received high ratings from travellers, with commendations for its location, amenities, service, cleanliness, and value for money. Rooms are equipped with air conditioning, private bathrooms, and balconies. The hotel offers free Wi-Fi and a saltwater pool. Its proximity to attractions like the Chiang Mai Gate Market and Sunday Walking Street Market makes it a convenient choice for travellers.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ilesforfamily.com/2026/08/11/chiang-mai-hotel-review-phor-liang-meun-terracotta-arts-hotel/?utm_source=rss&amp;utm_medium=rss&amp;utm_campaign=chiang-mai-hotel-review-phor-liang-meun-terracotta-arts-hotel" TargetMode="External"/><Relationship Id="rId10" Type="http://schemas.openxmlformats.org/officeDocument/2006/relationships/hyperlink" Target="https://www.terracottahotelcm.com/" TargetMode="External"/><Relationship Id="rId11" Type="http://schemas.openxmlformats.org/officeDocument/2006/relationships/hyperlink" Target="https://www.tripadvisor.com/Hotel_Review-g293917-d15745188-Reviews-Phor_Liang_Meun_Terracotta_Arts_Hotel-Chiang_Mai.html" TargetMode="External"/><Relationship Id="rId12" Type="http://schemas.openxmlformats.org/officeDocument/2006/relationships/hyperlink" Target="https://www.expedia.com/Chiang-Mai-Hotels-Phor-Liang-Meun-Terracotta-Arts-Hotel.h32615949.Hotel-Information" TargetMode="External"/><Relationship Id="rId13" Type="http://schemas.openxmlformats.org/officeDocument/2006/relationships/hyperlink" Target="https://www.booking.com/hotel/th/phor-liang-meun-terracotta-arts.html" TargetMode="External"/><Relationship Id="rId14" Type="http://schemas.openxmlformats.org/officeDocument/2006/relationships/hyperlink" Target="https://www.agoda.com/phor-liang-meun-terracotta-arts-hotel_3/hotel/chiang-mai-th.html" TargetMode="External"/><Relationship Id="rId15" Type="http://schemas.openxmlformats.org/officeDocument/2006/relationships/hyperlink" Target="https://www.trip.com/hotels/chiang-mai-hotel-detail-29574376/phor-liang-meun-terracotta-arts-hotel/"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