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Four Seasons Bangkok redefines riverfront luxury with focus on sanctuary and innovation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Four Seasons Hotel Bangkok at Chao Phraya River is one of the capital’s most convincing luxury hideaways, largely because it does not feel like a typical Bangkok tower hotel. Designed by Jean-Michel Gathy and opened in 2020, the low-rise property leans into courtyards, reflective water and lush planting to create a calmer, more secluded atmosphere than many riverside rivals. Condé Nast Traveller has described it as a “super-smart playground” on the Chao Phraya, while MoneyWeek noted its appeal as a spacious urban retreat with a strong sense of sanctuary.</w:t>
      </w:r>
      <w:r/>
    </w:p>
    <w:p>
      <w:r/>
      <w:r>
        <w:t>Its setting gives guests an appealing balance of escape and access. The hotel sits on Charoen Krung Road, one of Bangkok’s oldest neighbourhoods, close to a district that has become increasingly interesting for independent galleries, cafés and creative spaces. Four Seasons also runs a complimentary boat shuttle to ICONSIAM, making it easy to connect onwards by BTS and explore the city without feeling cut off from the riverfront. For travellers who want Bangkok’s energy without being immersed in it all day, that is a major advantage.</w:t>
      </w:r>
      <w:r/>
    </w:p>
    <w:p>
      <w:r/>
      <w:r>
        <w:t>The arrival experience reinforces the sense of arrival rather than transit. Water, tropical greenery and polished black pools shape the public spaces, while the lobby feels more like a contemporary gallery than a conventional reception area. Even at busy check-in times, the atmosphere remains composed, helped by efficient service and small gestures such as chilled coconut water and cold towels. The hotel’s official materials emphasise the same design language: interconnected courtyards, green pockets and a strong focus on indoor-outdoor flow.</w:t>
      </w:r>
      <w:r/>
    </w:p>
    <w:p>
      <w:r/>
      <w:r>
        <w:t>Guest rooms continue that restrained, modern tone. The Premier River-View rooms are generous in scale, with floor-to-ceiling windows looking straight towards the Chao Phraya and interiors that favour clean lines and quiet colours. Bathrooms are notably spacious, with marble finishes and deep tubs, while the lighting and controls are refreshingly straightforward by luxury-hotel standards. Personal touches, including embroidered linens and Thai fruit on arrival, make the stay feel polished rather than generic.</w:t>
      </w:r>
      <w:r/>
    </w:p>
    <w:p>
      <w:r/>
      <w:r>
        <w:t>Dining is one of the property’s strongest reasons to stay. Yu Ting Yuan, the Cantonese restaurant, brings fine-dining polish to a dramatic water-garden setting, while Brasserie Palmier offers a more relaxed French brasserie style on the riverfront. Riva del Fiume Ristorante handles breakfast and Italian meals, and the morning spread is especially notable for mixing an expansive buffet with à la carte dishes, Thai specialities and more inventive touches. Café Madeleine caters to pastry lovers, The Lounge keeps things lighter, and BKK Social Club remains a destination bar in its own right, with a Mexico City-inspired cocktail programme.</w:t>
      </w:r>
      <w:r/>
    </w:p>
    <w:p>
      <w:r/>
      <w:r>
        <w:t>Wellness is another area where the hotel goes well beyond the basics. According to Four Seasons, the Urban Wellness Centre spans 2,500 square metres and includes spa treatment rooms, steam rooms, a vitality pool, a 24-hour fitness centre, movement studios, a Muay Thai ring and both lap and riverfront pools. The range is unusually broad for a city hotel, and it helps the property work equally well for couples on a short break, families wanting time by the water and guests who want a more restorative urban stay. Service, meanwhile, is attentive without being intrusive, and the smaller details , from fresh ice to considered turndown amenities , are what help the hotel feel genuinely polished.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4">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https://thehoteljournal.com/four-seasons-hotel-bangkok-chao-phraya-river-review/?utm_source=rss&amp;utm_medium=rss&amp;utm_campaign=four-seasons-hotel-bangkok-chao-phraya-river-review</w:t>
        </w:r>
      </w:hyperlink>
      <w:r>
        <w:t xml:space="preserve"> - Please view link - unable to able to access data</w:t>
      </w:r>
      <w:r/>
    </w:p>
    <w:p>
      <w:pPr>
        <w:pStyle w:val="ListNumber"/>
        <w:spacing w:line="240" w:lineRule="auto"/>
        <w:ind w:left="720"/>
      </w:pPr>
      <w:r/>
      <w:hyperlink r:id="rId10">
        <w:r>
          <w:rPr>
            <w:color w:val="0000EE"/>
            <w:u w:val="single"/>
          </w:rPr>
          <w:t>https://www.fourseasons.com/bangkok/</w:t>
        </w:r>
      </w:hyperlink>
      <w:r>
        <w:t xml:space="preserve"> - The official website of Four Seasons Hotel Bangkok at Chao Phraya River provides comprehensive information about the hotel's location, accommodations, facilities, and amenities. It highlights the hotel's riverside setting, contemporary design, and wellness offerings, including two temperature-controlled infinity pools and a 35-metre lap pool. The site also details the Urban Wellness Centre, featuring cutting-edge fitness, spa, and holistic therapies, as well as Michelin-recognized dining options and lush green courtyards.</w:t>
      </w:r>
      <w:r/>
    </w:p>
    <w:p>
      <w:pPr>
        <w:pStyle w:val="ListNumber"/>
        <w:spacing w:line="240" w:lineRule="auto"/>
        <w:ind w:left="720"/>
      </w:pPr>
      <w:r/>
      <w:hyperlink r:id="rId11">
        <w:r>
          <w:rPr>
            <w:color w:val="0000EE"/>
            <w:u w:val="single"/>
          </w:rPr>
          <w:t>https://www.cntraveler.com/hotels/bangkok/four-seasons-hotel-bangkok-at-chao-phraya-river</w:t>
        </w:r>
      </w:hyperlink>
      <w:r>
        <w:t xml:space="preserve"> - Condé Nast Traveler's review of Four Seasons Hotel Bangkok at Chao Phraya River describes it as a 'super-smart playground along the Chao Phraya River.' The review highlights the hotel's riverside pool, wellness hub, and multiple dining options, emphasizing its appeal for those seeking a luxurious urban retreat in Bangkok. The review also notes the hotel's design and amenities that cater to both relaxation and exploration.</w:t>
      </w:r>
      <w:r/>
    </w:p>
    <w:p>
      <w:pPr>
        <w:pStyle w:val="ListNumber"/>
        <w:spacing w:line="240" w:lineRule="auto"/>
        <w:ind w:left="720"/>
      </w:pPr>
      <w:r/>
      <w:hyperlink r:id="rId12">
        <w:r>
          <w:rPr>
            <w:color w:val="0000EE"/>
            <w:u w:val="single"/>
          </w:rPr>
          <w:t>https://www.privata.travel/reviews/four-seasons-bangkok</w:t>
        </w:r>
      </w:hyperlink>
      <w:r>
        <w:t xml:space="preserve"> - Privata Travel's review of Four Seasons Hotel Bangkok at Chao Phraya River discusses the hotel's design by Jean-Michel Gathy and its opening in 2020. The review highlights the hotel's nearly nine acres of landscaped grounds along the Chao Phraya River, creating a sense of space and tranquility in the bustling city. It also notes the hotel's ability to blend serenity with the energy of Bangkok, offering a unique urban luxury experience.</w:t>
      </w:r>
      <w:r/>
    </w:p>
    <w:p>
      <w:pPr>
        <w:pStyle w:val="ListNumber"/>
        <w:spacing w:line="240" w:lineRule="auto"/>
        <w:ind w:left="720"/>
      </w:pPr>
      <w:r/>
      <w:hyperlink r:id="rId15">
        <w:r>
          <w:rPr>
            <w:color w:val="0000EE"/>
            <w:u w:val="single"/>
          </w:rPr>
          <w:t>https://www.cntraveller.com/hotels/bangkok/four-seasons-hotel-bangkok-at-chao-phraya-river</w:t>
        </w:r>
      </w:hyperlink>
      <w:r>
        <w:t xml:space="preserve"> - Condé Nast Traveller's review of Four Seasons Hotel Bangkok at Chao Phraya River describes it as a 'super-smart playground along the Chao Phraya River.' The review highlights the hotel's riverside pool, wellness hub, and multiple dining options, emphasizing its appeal for those seeking a luxurious urban retreat in Bangkok. The review also notes the hotel's design and amenities that cater to both relaxation and exploration.</w:t>
      </w:r>
      <w:r/>
    </w:p>
    <w:p>
      <w:pPr>
        <w:pStyle w:val="ListNumber"/>
        <w:spacing w:line="240" w:lineRule="auto"/>
        <w:ind w:left="720"/>
      </w:pPr>
      <w:r/>
      <w:hyperlink r:id="rId14">
        <w:r>
          <w:rPr>
            <w:color w:val="0000EE"/>
            <w:u w:val="single"/>
          </w:rPr>
          <w:t>https://bangkoknightlife.com/four-seasons-hotel-bangkok-chao-phraya-river/</w:t>
        </w:r>
      </w:hyperlink>
      <w:r>
        <w:t xml:space="preserve"> - Bangkok Nightlife's review of Four Seasons Hotel Bangkok at Chao Phraya River provides an overview of the hotel's location, rooms, amenities, and nearby attractions. The review highlights the hotel's position along the riverfront, its proximity to Bangkok's latest shopping and dining hotspot, and its status as one of the best 5-star properties near the river. It also discusses the hotel's Executive Suites, which feature spacious living and dining areas with full views of Bangkok, a private bar, and in-room entertainment.</w:t>
      </w:r>
      <w:r/>
    </w:p>
    <w:p>
      <w:pPr>
        <w:pStyle w:val="ListNumber"/>
        <w:spacing w:line="240" w:lineRule="auto"/>
        <w:ind w:left="720"/>
      </w:pPr>
      <w:r/>
      <w:hyperlink r:id="rId13">
        <w:r>
          <w:rPr>
            <w:color w:val="0000EE"/>
            <w:u w:val="single"/>
          </w:rPr>
          <w:t>https://moneyweek.com/spending-it/travel-holidays/the-best-hotels-in-the-world</w:t>
        </w:r>
      </w:hyperlink>
      <w:r>
        <w:t xml:space="preserve"> - MoneyWeek highlights Four Seasons Bangkok at Chao Phraya River as the second-best hotel in the 2025 edition of 'The World's 50 Best Hotels.' The article praises the hotel for its spacious urban retreat offering world-class hospitality, blending calmness with the buzz of Bangkok. It notes the 299 rooms designed by Jean-Michel Gathy for space and sanctuary, set on the banks of the River of Kings, and mentions amenities like a Mediterranean-inspired garden, a wellness centre with a spa, and an infinity pool.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hoteljournal.com/four-seasons-hotel-bangkok-chao-phraya-river-review/?utm_source=rss&amp;utm_medium=rss&amp;utm_campaign=four-seasons-hotel-bangkok-chao-phraya-river-review" TargetMode="External"/><Relationship Id="rId10" Type="http://schemas.openxmlformats.org/officeDocument/2006/relationships/hyperlink" Target="https://www.fourseasons.com/bangkok/" TargetMode="External"/><Relationship Id="rId11" Type="http://schemas.openxmlformats.org/officeDocument/2006/relationships/hyperlink" Target="https://www.cntraveler.com/hotels/bangkok/four-seasons-hotel-bangkok-at-chao-phraya-river" TargetMode="External"/><Relationship Id="rId12" Type="http://schemas.openxmlformats.org/officeDocument/2006/relationships/hyperlink" Target="https://www.privata.travel/reviews/four-seasons-bangkok" TargetMode="External"/><Relationship Id="rId13" Type="http://schemas.openxmlformats.org/officeDocument/2006/relationships/hyperlink" Target="https://moneyweek.com/spending-it/travel-holidays/the-best-hotels-in-the-world" TargetMode="External"/><Relationship Id="rId14" Type="http://schemas.openxmlformats.org/officeDocument/2006/relationships/hyperlink" Target="https://bangkoknightlife.com/four-seasons-hotel-bangkok-chao-phraya-river/" TargetMode="External"/><Relationship Id="rId15" Type="http://schemas.openxmlformats.org/officeDocument/2006/relationships/hyperlink" Target="https://www.cntraveller.com/hotels/bangkok/four-seasons-hotel-bangkok-at-chao-phraya-river"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