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Sri panwa Phuket introduces personalised wellness programmes with a science-based, luxury focus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Sri panwa Phuket has added a trio of personalised wellness stays aimed at guests who want more than a standard spa break, pairing its hillside setting above the Andaman Sea with medical-style assessments and tailored lifestyle plans. According to the resort’s announcement, the new Sleep Restoration, Stress Recovery and Hormone Vitality programmes have been developed with BDMS Wellness Clinic, one of Thailand’s better-known preventive healthcare providers, and are built around the idea of adapting treatment to each guest’s needs rather than offering a fixed retreat format.</w:t>
      </w:r>
      <w:r/>
    </w:p>
    <w:p>
      <w:r/>
      <w:r>
        <w:t>The approach leans heavily on diagnostics. BDMS Wellness Clinic’s material says guests begin with a detailed consultation and a set of health checks that can include cellular health screening, telomere length testing, epigenetic analysis and hormonal balance assessments. The aim is to use that information to shape nutrition, movement and mindfulness recommendations, with stays available in three- and six-night formats and accommodation centred on the Wellness Pool Suite, Wellness Penthouse and Wellness Luxury Pool Villa.</w:t>
      </w:r>
      <w:r/>
    </w:p>
    <w:p>
      <w:r/>
      <w:r>
        <w:t>The Sleep Restoration programme is pitched at travellers struggling with poor rest or irregular sleep patterns. Sri panwa says it combines professional sleep testing, relaxation therapies, breathwork, coaching and a personalised movement plan intended to reduce tension and support deeper sleep, while the resort’s wellness partners add that healthy cuisine, airport transfers and other practical touches are included in some package formats.</w:t>
      </w:r>
      <w:r/>
    </w:p>
    <w:p>
      <w:r/>
      <w:r>
        <w:t>Stress Recovery is designed for guests feeling the strain of work or modern life. The resort says the programme blends biomarker analysis, expert consultations, mindfulness, guided meditation and recovery-focused exercise, with the stated goal of helping visitors build long-term resilience rather than simply decompress for a few days. The Hormone Vitality stay takes a similar tack for people dealing with energy dips or hormonal shifts, adding treatments focused on balance, restorative beauty and sleep, alongside fitness and mobility work.</w:t>
      </w:r>
      <w:r/>
    </w:p>
    <w:p>
      <w:r/>
      <w:r>
        <w:t>For travellers, the appeal is as much about setting as science. Sri panwa sits in a quiet part of Cape Panwa, with privacy, sea views and large suites that make it feel more like a secluded hideaway than a conventional wellness clinic. Bangkok Hospital Phuket’s overview of the BDMS centre says the clinic offers preventive and rejuvenation services daily, reinforcing Sri panwa’s position as one of Phuket’s more ambitious health-led luxury escapes for guests who want a stay that feels restorative, not just indulgent.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[4]</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w:t>
      </w:r>
      <w:hyperlink r:id="rId15">
        <w:r>
          <w:rPr>
            <w:color w:val="0000EE"/>
            <w:u w:val="single"/>
          </w:rPr>
          <w:t>[7]</w:t>
        </w:r>
      </w:hyperlink>
      <w:r>
        <w:t xml:space="preserve">- Paragraph 5: </w:t>
      </w:r>
      <w:hyperlink r:id="rId11">
        <w:r>
          <w:rPr>
            <w:color w:val="0000EE"/>
            <w:u w:val="single"/>
          </w:rPr>
          <w:t>[3]</w:t>
        </w:r>
      </w:hyperlink>
      <w:r>
        <w:t xml:space="preserve">, </w:t>
      </w:r>
      <w:hyperlink r:id="rId13">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https://www.breakingtravelnews.com/news/article/sri-panwa-phuket-launches-three-new-personalised-wellness-programmes/</w:t>
        </w:r>
      </w:hyperlink>
      <w:r>
        <w:t xml:space="preserve"> - Please view link - unable to able to access data</w:t>
      </w:r>
      <w:r/>
    </w:p>
    <w:p>
      <w:pPr>
        <w:pStyle w:val="ListNumber"/>
        <w:spacing w:line="240" w:lineRule="auto"/>
        <w:ind w:left="720"/>
      </w:pPr>
      <w:r/>
      <w:hyperlink r:id="rId10">
        <w:r>
          <w:rPr>
            <w:color w:val="0000EE"/>
            <w:u w:val="single"/>
          </w:rPr>
          <w:t>https://www.bdmswellness.com/en/about/our-news-and-event/bdms-wellness-clinic-sri-panwa</w:t>
        </w:r>
      </w:hyperlink>
      <w:r>
        <w:t xml:space="preserve"> - BDMS Wellness Clinic has launched a luxury preventive healthcare centre at Sri Panwa, Phuket, aiming to elevate the region as a world-class wellness destination. The clinic offers holistic health services, including cellular health check-ups, telomere length testing, epigenetics testing, hormonal balance checks, and personalized vitamin intake plans. These services are designed to provide comprehensive health assessments and personalized wellness programmes, combining scientific wellness with relaxation in a luxurious setting. The clinic's offerings reflect a commitment to promoting a good quality of life and health for all, integrating international standard medical technology with the science of scientific wellness.</w:t>
      </w:r>
      <w:r/>
    </w:p>
    <w:p>
      <w:pPr>
        <w:pStyle w:val="ListNumber"/>
        <w:spacing w:line="240" w:lineRule="auto"/>
        <w:ind w:left="720"/>
      </w:pPr>
      <w:r/>
      <w:hyperlink r:id="rId11">
        <w:r>
          <w:rPr>
            <w:color w:val="0000EE"/>
            <w:u w:val="single"/>
          </w:rPr>
          <w:t>https://www.bangkokhospital.com/en/phuket/center-clinic/wellness-clinic-bpk/bdms-wellness-clinic-sri-panwa-phuket-bpk/overview</w:t>
        </w:r>
      </w:hyperlink>
      <w:r>
        <w:t xml:space="preserve"> - BDMS Wellness Clinic at Sri Panwa Phuket offers a curated selection of advanced health and aesthetic treatments aimed at enhancing vitality, restoring balance, and promoting long-term well-being. The clinic provides services such as preventive care, rejuvenation, and specialized therapies tailored to individual health aspirations. Their integrative health solutions combine scientific approaches with serene relaxation, ensuring each treatment contributes to a healthier, more radiant lifestyle. The clinic operates daily from 9:00 AM to 4:00 PM, with contact details provided for further inquiries.</w:t>
      </w:r>
      <w:r/>
    </w:p>
    <w:p>
      <w:pPr>
        <w:pStyle w:val="ListNumber"/>
        <w:spacing w:line="240" w:lineRule="auto"/>
        <w:ind w:left="720"/>
      </w:pPr>
      <w:r/>
      <w:hyperlink r:id="rId13">
        <w:r>
          <w:rPr>
            <w:color w:val="0000EE"/>
            <w:u w:val="single"/>
          </w:rPr>
          <w:t>https://www.coolspaphuket.com/bdms-wellness-sleep-program/</w:t>
        </w:r>
      </w:hyperlink>
      <w:r>
        <w:t xml:space="preserve"> - Sri Panwa's sleep-focused wellness packages are meticulously designed to improve sleep quality through expert-led therapies, calming routines, and personalized care. Each program includes a professional sleep test and close supervision by the medical team to identify and address underlying issues. Available in 2-night, 7-night, and 14-night options, these programs support deep rest, recovery, and long-term health. The packages encompass accommodation, round-trip airport transfers, full board with healthy cuisine, and fast-track services, ensuring a comprehensive and rejuvenating experience for guests.</w:t>
      </w:r>
      <w:r/>
    </w:p>
    <w:p>
      <w:pPr>
        <w:pStyle w:val="ListNumber"/>
        <w:spacing w:line="240" w:lineRule="auto"/>
        <w:ind w:left="720"/>
      </w:pPr>
      <w:r/>
      <w:hyperlink r:id="rId12">
        <w:r>
          <w:rPr>
            <w:color w:val="0000EE"/>
            <w:u w:val="single"/>
          </w:rPr>
          <w:t>https://www.bdmswellness.com/sri-panwa/</w:t>
        </w:r>
      </w:hyperlink>
      <w:r>
        <w:t xml:space="preserve"> - BDMS Wellness Clinic at Sri Panwa offers a 'Longevity Blueprint Retreat' package that includes advanced health assessments such as telomere length testing, epigenetic testing, hormonal balance evaluations, and antioxidant, vitamin, and micronutrient assessments. These programs provide personalized health insights, enabling precision healthcare planning based on Lifestyle Medicine principles. The retreat also offers treatments like IV therapy, personalized vitamin plans, fitness training, Thai medical massage, and a special dinner prepared by Thailand’s master chef. Accommodation is provided at Sri Panwa, a luxury resort overlooking the Andaman Sea, complementing the wellness experience.</w:t>
      </w:r>
      <w:r/>
    </w:p>
    <w:p>
      <w:pPr>
        <w:pStyle w:val="ListNumber"/>
        <w:spacing w:line="240" w:lineRule="auto"/>
        <w:ind w:left="720"/>
      </w:pPr>
      <w:r/>
      <w:hyperlink r:id="rId14">
        <w:r>
          <w:rPr>
            <w:color w:val="0000EE"/>
            <w:u w:val="single"/>
          </w:rPr>
          <w:t>https://www.coolspaphuket.com/bdms-wellness-mix-program/</w:t>
        </w:r>
      </w:hyperlink>
      <w:r>
        <w:t xml:space="preserve"> - Sri Panwa's BDMS Wellness Clinic offers 7- to 14-day packages tailored for both male and female guests. Each package includes accommodations ranging from Pool Suite West to Luxury Pool Villa, with every room equipped with exercise equipment, daily infused water, and complimentary private airport transportation. Guests receive three meals per day and a combination of wellness and medical activities. Medical treatments include sleep tests, blood testing, vitamin therapy, hormone optimization, and diagnostic screenings. Non-medical treatments such as massages, boxing classes, sound baths, and workshops are also included, providing a holistic approach to well-being in a serene environment.</w:t>
      </w:r>
      <w:r/>
    </w:p>
    <w:p>
      <w:pPr>
        <w:pStyle w:val="ListNumber"/>
        <w:spacing w:line="240" w:lineRule="auto"/>
        <w:ind w:left="720"/>
      </w:pPr>
      <w:r/>
      <w:hyperlink r:id="rId15">
        <w:r>
          <w:rPr>
            <w:color w:val="0000EE"/>
            <w:u w:val="single"/>
          </w:rPr>
          <w:t>https://www.coolspaphuket.com/bdms-wellness-span-program/</w:t>
        </w:r>
      </w:hyperlink>
      <w:r>
        <w:t xml:space="preserve"> - The 'Span' wellness packages at Sri Panwa are designed to support physical and mental resilience through a holistic approach to longevity. Programs include advanced health screenings, revitalizing treatments, tailored nutrition, and doctor-led therapies aimed at restoring cellular health and boosting overall performance. Available in 2-night, 7-night, and 14-night options, each stay helps guests feel renewed and energized from within. The packages encompass accommodation, round-trip airport transfers, full board with healthy cuisine, and fast-track services, ensuring a comprehensive and rejuvenating experience for guests.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akingtravelnews.com/news/article/sri-panwa-phuket-launches-three-new-personalised-wellness-programmes/" TargetMode="External"/><Relationship Id="rId10" Type="http://schemas.openxmlformats.org/officeDocument/2006/relationships/hyperlink" Target="https://www.bdmswellness.com/en/about/our-news-and-event/bdms-wellness-clinic-sri-panwa" TargetMode="External"/><Relationship Id="rId11" Type="http://schemas.openxmlformats.org/officeDocument/2006/relationships/hyperlink" Target="https://www.bangkokhospital.com/en/phuket/center-clinic/wellness-clinic-bpk/bdms-wellness-clinic-sri-panwa-phuket-bpk/overview" TargetMode="External"/><Relationship Id="rId12" Type="http://schemas.openxmlformats.org/officeDocument/2006/relationships/hyperlink" Target="https://www.bdmswellness.com/sri-panwa/" TargetMode="External"/><Relationship Id="rId13" Type="http://schemas.openxmlformats.org/officeDocument/2006/relationships/hyperlink" Target="https://www.coolspaphuket.com/bdms-wellness-sleep-program/" TargetMode="External"/><Relationship Id="rId14" Type="http://schemas.openxmlformats.org/officeDocument/2006/relationships/hyperlink" Target="https://www.coolspaphuket.com/bdms-wellness-mix-program/" TargetMode="External"/><Relationship Id="rId15" Type="http://schemas.openxmlformats.org/officeDocument/2006/relationships/hyperlink" Target="https://www.coolspaphuket.com/bdms-wellness-span-program/"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