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Rakxa’s integrative wellness retreat in Bangkok redefines holistic health with bespoke programmes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RAKxa has built a reputation for trying to do rather a lot at once, and in this case that appears to be the point. Set on Bang Krachao, the protected river island often described as Bangkok's green lung, the retreat brings together modern diagnostics and several strands of traditional medicine in a single programme, with each stay shaped around the guest rather than a fixed formula. The idea, according to the retreat and reviewers who have stayed there, is that Western medicine, Traditional Chinese Medicine, Ayurveda and Thai healing can sit alongside one another without friction.</w:t>
      </w:r>
      <w:r/>
    </w:p>
    <w:p>
      <w:r/>
      <w:r>
        <w:t>That breadth is what makes the place unusual. Guests can begin with health checks ranging from DNA testing and stress analysis to hormonal screening, then move on to treatments that may include cryotherapy, hyperbaric oxygen, acupuncture, cupping, reflexology and intravenous drips. Reviews of the retreat in Condé Nast Traveller and other publications also note a strong emphasis on movement, with yoga, tai chi, swimming and other training sessions folded into plans that are intended to address issues such as burnout, weight management, recovery and long-term wellbeing.</w:t>
      </w:r>
      <w:r/>
    </w:p>
    <w:p>
      <w:r/>
      <w:r>
        <w:t>The setting reinforces the sense of removal from city life. Although the property sits close to central Bangkok, it is spread across a large riverside estate with lush planting, low-rise villas and transport by bicycle or buggy, which gives it the feel of a self-contained wellness village. The Global Retreat Company describes the arrival experience as one shared by a Western doctor, a wellness director and practitioners of Ayurvedic and Chinese medicine, while Tatler Asia has highlighted the retreat's water therapy spaces, steam rooms and detox-focused programmes.</w:t>
      </w:r>
      <w:r/>
    </w:p>
    <w:p>
      <w:r/>
      <w:r>
        <w:t>Food is treated as part of the therapy rather than an afterthought. Menus lean towards fresh, nutrient-dense dishes designed to be anti-inflammatory and gut-friendly, with plant milks, probiotics and balanced meals intended to support guests through active schedules. The retreat also places a premium on personalised exercise, with reports pointing to classes such as animal-flow style movement, physiotherapy and more intensive training options alongside softer treatments such as sound healing and massage.</w:t>
      </w:r>
      <w:r/>
    </w:p>
    <w:p>
      <w:r/>
      <w:r>
        <w:t>The result is a place pitched less as a spa break than as a full health reset. Its appeal lies in the promise that conflicting medical philosophies need not compete if they are coordinated carefully enough, and in the reassurance, for many guests, that a retreat can be both indulgent and clinically rigorous. Rates for the integrative wellness programme start at £6,377.</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https://ca.style.yahoo.com/wellness-power-four-thailand-left-062751835.html</w:t>
        </w:r>
      </w:hyperlink>
      <w:r>
        <w:t xml:space="preserve"> - Please view link - unable to able to access data</w:t>
      </w:r>
      <w:r/>
    </w:p>
    <w:p>
      <w:pPr>
        <w:pStyle w:val="ListNumber"/>
        <w:spacing w:line="240" w:lineRule="auto"/>
        <w:ind w:left="720"/>
      </w:pPr>
      <w:r/>
      <w:hyperlink r:id="rId10">
        <w:r>
          <w:rPr>
            <w:color w:val="0000EE"/>
            <w:u w:val="single"/>
          </w:rPr>
          <w:t>https://www.cntraveler.com/activities/bangkok/rakxa-wellness-and-medical-retreat</w:t>
        </w:r>
      </w:hyperlink>
      <w:r>
        <w:t xml:space="preserve"> - RAKxa Wellness &amp; Medical Retreat, located on Bangkok's 'green lung' island of Bang Krachao, offers tailored wellness programmes combining modern diagnostics with traditional Thai, Chinese, and Ayurvedic medicine. Guests can undergo treatments like DNA testing, cryotherapy, and hyperbaric chambers, alongside therapies such as singing bowl healing, acupuncture, and Shirodhara oil dripping. The retreat provides various programmes, including Weight Control &amp; Detox, Rebalance Body &amp; Mind, Wellbeing &amp; Recovery, and Advanced Aesthetics, all designed to rejuvenate and restore guests' health and vitality.</w:t>
      </w:r>
      <w:r/>
    </w:p>
    <w:p>
      <w:pPr>
        <w:pStyle w:val="ListNumber"/>
        <w:spacing w:line="240" w:lineRule="auto"/>
        <w:ind w:left="720"/>
      </w:pPr>
      <w:r/>
      <w:hyperlink r:id="rId11">
        <w:r>
          <w:rPr>
            <w:color w:val="0000EE"/>
            <w:u w:val="single"/>
          </w:rPr>
          <w:t>https://www.theglobalretreatcompany.com/reviews/rakxa-wellbeing</w:t>
        </w:r>
      </w:hyperlink>
      <w:r>
        <w:t xml:space="preserve"> - RAKxa Wellness &amp; Medical Retreat, situated just outside Bangkok, offers a blend of modern medicine and holistic therapies. Upon arrival, guests are welcomed by a team comprising a wellness director, a Western doctor, and specialists in Ayurvedic and Traditional Chinese Medicine. The retreat's ideology, 'health is wealth', underpins its approach to empower and heal the physical, emotional, spiritual, and mental self. Facilities include hydro-therapy pools overlooking a man-made lake, vitality pools, infrared sauna, herbal steam room, and rain showers, all designed to promote relaxation and well-being.</w:t>
      </w:r>
      <w:r/>
    </w:p>
    <w:p>
      <w:pPr>
        <w:pStyle w:val="ListNumber"/>
        <w:spacing w:line="240" w:lineRule="auto"/>
        <w:ind w:left="720"/>
      </w:pPr>
      <w:r/>
      <w:hyperlink r:id="rId12">
        <w:r>
          <w:rPr>
            <w:color w:val="0000EE"/>
            <w:u w:val="single"/>
          </w:rPr>
          <w:t>https://www.tatlerasia.com/lifestyle/travel/review-bangkok-rakxa-wellness-and-medical-retreat</w:t>
        </w:r>
      </w:hyperlink>
      <w:r>
        <w:t xml:space="preserve"> - RAKxa Wellness &amp; Medical Retreat in Bangkok offers a transformative experience by blending Eastern remedies with therapeutic massages and physiotherapy. The retreat's programmes, such as Sense of Rakxa, Rest &amp; Reset, and Cleanse &amp; Purify, aim at total detoxification and resetting the immune system. Guests can enjoy treatments like Traditional Thai Ya-Pao Detoxification Therapy, Taoist traditional abdominal massage (Chi Nei Tsang), colonic hydrotherapy, and liver detox treatments. The retreat also features a water therapy area with a heated vitality pool, steam room, herbal steam, chill shower, and cold plunge pool.</w:t>
      </w:r>
      <w:r/>
    </w:p>
    <w:p>
      <w:pPr>
        <w:pStyle w:val="ListNumber"/>
        <w:spacing w:line="240" w:lineRule="auto"/>
        <w:ind w:left="720"/>
      </w:pPr>
      <w:r/>
      <w:hyperlink r:id="rId12">
        <w:r>
          <w:rPr>
            <w:color w:val="0000EE"/>
            <w:u w:val="single"/>
          </w:rPr>
          <w:t>https://www.tatlerasia.com/lifestyle/travel/review-bangkok-rakxa-wellness-and-medical-retreat</w:t>
        </w:r>
      </w:hyperlink>
      <w:r>
        <w:t xml:space="preserve"> - RAKxa Wellness &amp; Medical Retreat in Bangkok offers a transformative experience by blending Eastern remedies with therapeutic massages and physiotherapy. The retreat's programmes, such as Sense of Rakxa, Rest &amp; Reset, and Cleanse &amp; Purify, aim at total detoxification and resetting the immune system. Guests can enjoy treatments like Traditional Thai Ya-Pao Detoxification Therapy, Taoist traditional abdominal massage (Chi Nei Tsang), colonic hydrotherapy, and liver detox treatments. The retreat also features a water therapy area with a heated vitality pool, steam room, herbal steam, chill shower, and cold plunge pool.</w:t>
      </w:r>
      <w:r/>
    </w:p>
    <w:p>
      <w:pPr>
        <w:pStyle w:val="ListNumber"/>
        <w:spacing w:line="240" w:lineRule="auto"/>
        <w:ind w:left="720"/>
      </w:pPr>
      <w:r/>
      <w:hyperlink r:id="rId12">
        <w:r>
          <w:rPr>
            <w:color w:val="0000EE"/>
            <w:u w:val="single"/>
          </w:rPr>
          <w:t>https://www.tatlerasia.com/lifestyle/travel/review-bangkok-rakxa-wellness-and-medical-retreat</w:t>
        </w:r>
      </w:hyperlink>
      <w:r>
        <w:t xml:space="preserve"> - RAKxa Wellness &amp; Medical Retreat in Bangkok offers a transformative experience by blending Eastern remedies with therapeutic massages and physiotherapy. The retreat's programmes, such as Sense of Rakxa, Rest &amp; Reset, and Cleanse &amp; Purify, aim at total detoxification and resetting the immune system. Guests can enjoy treatments like Traditional Thai Ya-Pao Detoxification Therapy, Taoist traditional abdominal massage (Chi Nei Tsang), colonic hydrotherapy, and liver detox treatments. The retreat also features a water therapy area with a heated vitality pool, steam room, herbal steam, chill shower, and cold plunge pool.</w:t>
      </w:r>
      <w:r/>
    </w:p>
    <w:p>
      <w:pPr>
        <w:pStyle w:val="ListNumber"/>
        <w:spacing w:line="240" w:lineRule="auto"/>
        <w:ind w:left="720"/>
      </w:pPr>
      <w:r/>
      <w:hyperlink r:id="rId12">
        <w:r>
          <w:rPr>
            <w:color w:val="0000EE"/>
            <w:u w:val="single"/>
          </w:rPr>
          <w:t>https://www.tatlerasia.com/lifestyle/travel/review-bangkok-rakxa-wellness-and-medical-retreat</w:t>
        </w:r>
      </w:hyperlink>
      <w:r>
        <w:t xml:space="preserve"> - RAKxa Wellness &amp; Medical Retreat in Bangkok offers a transformative experience by blending Eastern remedies with therapeutic massages and physiotherapy. The retreat's programmes, such as Sense of Rakxa, Rest &amp; Reset, and Cleanse &amp; Purify, aim at total detoxification and resetting the immune system. Guests can enjoy treatments like Traditional Thai Ya-Pao Detoxification Therapy, Taoist traditional abdominal massage (Chi Nei Tsang), colonic hydrotherapy, and liver detox treatments. The retreat also features a water therapy area with a heated vitality pool, steam room, herbal steam, chill shower, and cold plunge pool.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style.yahoo.com/wellness-power-four-thailand-left-062751835.html" TargetMode="External"/><Relationship Id="rId10" Type="http://schemas.openxmlformats.org/officeDocument/2006/relationships/hyperlink" Target="https://www.cntraveler.com/activities/bangkok/rakxa-wellness-and-medical-retreat" TargetMode="External"/><Relationship Id="rId11" Type="http://schemas.openxmlformats.org/officeDocument/2006/relationships/hyperlink" Target="https://www.theglobalretreatcompany.com/reviews/rakxa-wellbeing" TargetMode="External"/><Relationship Id="rId12" Type="http://schemas.openxmlformats.org/officeDocument/2006/relationships/hyperlink" Target="https://www.tatlerasia.com/lifestyle/travel/review-bangkok-rakxa-wellness-and-medical-retreat"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