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Luxury resorts reinvent wellness with immersive experiences and signature treatments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Luxury resorts are moving well beyond the old idea of a spa as a quiet add-on at the end of a stay. The newer pitch is more immersive and more playful: wellness delivered through private-pool breakfasts, destination-inspired treatments and treatment menus that feel designed for the whole holiday rather than a narrow slice of it. For travellers, that means the appeal of a resort is increasingly tied not just to the beach or the room, but to how easily relaxation, dining and setting are woven together.</w:t>
      </w:r>
      <w:r/>
    </w:p>
    <w:p>
      <w:r/>
      <w:r>
        <w:t>One of the clearest examples is the floating breakfast, now presented by some high-end properties as a signature guest experience. At Centara Mirage Lagoon Maldives, the meal is served in a private pool at sunrise, with a menu that can include fresh juices, baked goods and sparkling wine. It is the sort of indulgence that is less about necessity than memory-making, giving guests a reason to linger in their villa and turn an ordinary morning into a photograph-worthy moment.</w:t>
      </w:r>
      <w:r/>
    </w:p>
    <w:p>
      <w:r/>
      <w:r>
        <w:t>The spa side of the offer has become equally inventive. Properties such as Spa Imagine at Garza Blanca Resort &amp; Spa Los Cabos place treatment rooms high above the landscape, pairing ocean views with hydrotherapy and chakra-inspired rituals. Elsewhere, Wave Spa at Wave Resort in New Jersey leans into marine-based ingredients and add-ons such as aromatherapy and CBD, while Spa Esmeralda at Renaissance Esmeralda Resort &amp; Spa in Indian Wells draws on desert-inspired therapies, indoor-outdoor treatment spaces and garden surroundings. In Mexico, Miilé Spa at Excellence Riviera Cancun combines hydrotherapy with botanical and marine-based rituals, while Miraval’s spas centre on minimalist spaces and nature-led treatments. The common thread is that wellness is being packaged as a full sensory experience, not just a massage.</w:t>
      </w:r>
      <w:r/>
    </w:p>
    <w:p>
      <w:r/>
      <w:r>
        <w:t>For travellers planning a stay in Thailand, that shift matters because the best luxury resorts are no longer simply selling a room with a good view. They are competing on how restorative, private and distinctive the experience feels from breakfast to bedtime. The most appealing properties will be those that make wellness easy to enjoy without effort: a beautiful setting, thoughtful food, strong spa design and a sense that the stay itself is part of the treatment.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https://www.kulr8.com/news/national/floating-breakfasts-and-unconventional-spa-treatments-show-luxe-resorts-finally-building-wellness-for-the-whole/article_67b9d2eb-4205-5d86-bb1c-c740da861058.html</w:t>
        </w:r>
      </w:hyperlink>
      <w:r>
        <w:t xml:space="preserve"> - Please view link - unable to able to access data</w:t>
      </w:r>
      <w:r/>
    </w:p>
    <w:p>
      <w:pPr>
        <w:pStyle w:val="ListNumber"/>
        <w:spacing w:line="240" w:lineRule="auto"/>
        <w:ind w:left="720"/>
      </w:pPr>
      <w:r/>
      <w:hyperlink r:id="rId10">
        <w:r>
          <w:rPr>
            <w:color w:val="0000EE"/>
            <w:u w:val="single"/>
          </w:rPr>
          <w:t>https://www.centarahotelsresorts.com/centara/cmlm/floating-breakfast</w:t>
        </w:r>
      </w:hyperlink>
      <w:r>
        <w:t xml:space="preserve"> - Centara Mirage Lagoon Maldives offers a luxurious floating breakfast experience, allowing guests to enjoy a curated international menu in their private pool at sunrise. The breakfast includes freshly squeezed juices, a bakery basket, and sparkling wine, providing a memorable start to the day. This indulgent service is designed to enhance the resort's appeal and offer guests a unique and picturesque dining experience.</w:t>
      </w:r>
      <w:r/>
    </w:p>
    <w:p>
      <w:pPr>
        <w:pStyle w:val="ListNumber"/>
        <w:spacing w:line="240" w:lineRule="auto"/>
        <w:ind w:left="720"/>
      </w:pPr>
      <w:r/>
      <w:hyperlink r:id="rId11">
        <w:r>
          <w:rPr>
            <w:color w:val="0000EE"/>
            <w:u w:val="single"/>
          </w:rPr>
          <w:t>https://www.taferresorts.com/luxury-spas/spa-imagine-cabo</w:t>
        </w:r>
      </w:hyperlink>
      <w:r>
        <w:t xml:space="preserve"> - Spa Imagine at Garza Blanca Resort &amp; Spa Los Cabos is a luxury wellness retreat located on the 9th floor, offering panoramic views of the Pacific Ocean and desert landscape. The spa features a revitalizing hydrotherapy circuit and chakra-inspired treatment rooms, blending ancient healing practices with advanced technology for personalized relaxation experiences.</w:t>
      </w:r>
      <w:r/>
    </w:p>
    <w:p>
      <w:pPr>
        <w:pStyle w:val="ListNumber"/>
        <w:spacing w:line="240" w:lineRule="auto"/>
        <w:ind w:left="720"/>
      </w:pPr>
      <w:r/>
      <w:hyperlink r:id="rId12">
        <w:r>
          <w:rPr>
            <w:color w:val="0000EE"/>
            <w:u w:val="single"/>
          </w:rPr>
          <w:t>https://www.waveresort.com/wave-spa</w:t>
        </w:r>
      </w:hyperlink>
      <w:r>
        <w:t xml:space="preserve"> - Wave Spa at Wave Resort in New Jersey provides a luxury spa experience that connects mind, body, and spirit. Guests can enjoy signature massages, rejuvenating body scrubs, and treatments using self-heating marine mud, seawater balm, black sand, and body milk. The spa focuses on detoxifying, restoring, and relaxing the body, with additional add-ons like aromatherapy and CBD.</w:t>
      </w:r>
      <w:r/>
    </w:p>
    <w:p>
      <w:pPr>
        <w:pStyle w:val="ListNumber"/>
        <w:spacing w:line="240" w:lineRule="auto"/>
        <w:ind w:left="720"/>
      </w:pPr>
      <w:r/>
      <w:hyperlink r:id="rId13">
        <w:r>
          <w:rPr>
            <w:color w:val="0000EE"/>
            <w:u w:val="single"/>
          </w:rPr>
          <w:t>https://www.marriott.com/en-us/hotels/pspsr-renaissance-esmeralda-resort-and-spa-indian-wells/spa/</w:t>
        </w:r>
      </w:hyperlink>
      <w:r>
        <w:t xml:space="preserve"> - Spa Esmeralda at Renaissance Esmeralda Resort &amp; Spa in Indian Wells, California, offers treatments inspired by the desert and native ingredients. The spa features indoor and outdoor treatment rooms, lush gardens with waterfall spas, and a complete line of revitalizing spa products. Guests can unwind and revive with indigenous therapies, nourishing body treatments, hydrating facials, and signature massages.</w:t>
      </w:r>
      <w:r/>
    </w:p>
    <w:p>
      <w:pPr>
        <w:pStyle w:val="ListNumber"/>
        <w:spacing w:line="240" w:lineRule="auto"/>
        <w:ind w:left="720"/>
      </w:pPr>
      <w:r/>
      <w:hyperlink r:id="rId14">
        <w:r>
          <w:rPr>
            <w:color w:val="0000EE"/>
            <w:u w:val="single"/>
          </w:rPr>
          <w:t>https://www.excellenceresorts.com/riviera-maya-cancun/excellence-riviera-cancun/miile-spa/</w:t>
        </w:r>
      </w:hyperlink>
      <w:r>
        <w:t xml:space="preserve"> - Miilé Spa at Excellence Riviera Cancun is a world-class sanctuary where licensed therapists combine time-honored techniques, holistic offerings, and state-of-the-art treatment rooms. Using botanical and marine ingredients inspired by ancient beauty traditions, each luxe treatment and ritual is designed to melt away stress and restore balance. The spa offers a guided journey through an extensive hydrotherapy circuit, followed by refined touches like tea service in a serene relaxation space.</w:t>
      </w:r>
      <w:r/>
    </w:p>
    <w:p>
      <w:pPr>
        <w:pStyle w:val="ListNumber"/>
        <w:spacing w:line="240" w:lineRule="auto"/>
        <w:ind w:left="720"/>
      </w:pPr>
      <w:r/>
      <w:hyperlink r:id="rId15">
        <w:r>
          <w:rPr>
            <w:color w:val="0000EE"/>
            <w:u w:val="single"/>
          </w:rPr>
          <w:t>https://www.miravalresorts.com/spa</w:t>
        </w:r>
      </w:hyperlink>
      <w:r>
        <w:t xml:space="preserve"> - Miraval's Life in Balance Spas offer life-enhancing minimalism, with each serene space designed to honour nature, nurture the body, and refresh the soul. The spas provide exclusive services, including energy and Eastern therapies, massage, skin care, and energy and Eastern treatments. Each location celebrates the natural environment, its energy, and the area’s native plants and botanicals, offering globally inspired services and award-winning wellness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ulr8.com/news/national/floating-breakfasts-and-unconventional-spa-treatments-show-luxe-resorts-finally-building-wellness-for-the-whole/article_67b9d2eb-4205-5d86-bb1c-c740da861058.html" TargetMode="External"/><Relationship Id="rId10" Type="http://schemas.openxmlformats.org/officeDocument/2006/relationships/hyperlink" Target="https://www.centarahotelsresorts.com/centara/cmlm/floating-breakfast" TargetMode="External"/><Relationship Id="rId11" Type="http://schemas.openxmlformats.org/officeDocument/2006/relationships/hyperlink" Target="https://www.taferresorts.com/luxury-spas/spa-imagine-cabo" TargetMode="External"/><Relationship Id="rId12" Type="http://schemas.openxmlformats.org/officeDocument/2006/relationships/hyperlink" Target="https://www.waveresort.com/wave-spa" TargetMode="External"/><Relationship Id="rId13" Type="http://schemas.openxmlformats.org/officeDocument/2006/relationships/hyperlink" Target="https://www.marriott.com/en-us/hotels/pspsr-renaissance-esmeralda-resort-and-spa-indian-wells/spa/" TargetMode="External"/><Relationship Id="rId14" Type="http://schemas.openxmlformats.org/officeDocument/2006/relationships/hyperlink" Target="https://www.excellenceresorts.com/riviera-maya-cancun/excellence-riviera-cancun/miile-spa/" TargetMode="External"/><Relationship Id="rId15" Type="http://schemas.openxmlformats.org/officeDocument/2006/relationships/hyperlink" Target="https://www.miravalresorts.com/spa"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