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Hilton’s Canopy Bangkok Sukhumvit aims to redefine upmarket hospitality with local partnerships and neighbourhood focus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Hilton is preparing to open Canopy Bangkok Sukhumvit on 1 August, bringing its Canopy lifestyle brand to South-east Asia for the first time and adding another upmarket option to Bangkok’s crowded hotel market. The property is now taking reservations for stays from its opening date, according to Hilton and trade reports.</w:t>
      </w:r>
      <w:r/>
    </w:p>
    <w:p>
      <w:r/>
      <w:r>
        <w:t>Set in Sukhumvit Soi 12 in the Asoke district, the 174-room hotel is positioned for easy access to the city’s commercial and leisure centres. According to Hilton’s booking site and industry reports, it sits within walking distance of Asoke BTS and Sukhumvit MRT stations, placing Terminal 21, nightlife venues and business hubs within quick reach.</w:t>
      </w:r>
      <w:r/>
    </w:p>
    <w:p>
      <w:r/>
      <w:r>
        <w:t>Design is central to the pitch. New York-based AvroKO has shaped the property around Asoke’s layered history, including references to the area’s early film-industry roots and Bangkok’s contrast between old and new. The hotel’s bronze exterior, central courtyard and twin-tower layout are intended to give the building a more neighbourhood-led identity than a conventional city hotel.</w:t>
      </w:r>
      <w:r/>
    </w:p>
    <w:p>
      <w:r/>
      <w:r>
        <w:t>Inside, the room mix ranges from standard Canopy rooms to courtyard, corner and suite categories, with some interconnecting options for families and small groups. The property also includes a rooftop swimming pool and a 24-hour fitness centre. Four dining and drinking venues are part of the offer, led by Cante, a Spanish-inspired fire grill; SoolHaus, a Korean-influenced cocktail bar; Luso, which focuses on coffee and Thai tea; and Glint, a rooftop pool bar with skyline views.</w:t>
      </w:r>
      <w:r/>
    </w:p>
    <w:p>
      <w:r/>
      <w:r>
        <w:t>Hilton is also leaning on local partnerships and experiences to differentiate the hotel. The company says it has teamed up with Bangkok lifestyle label LalaLove for exclusive merchandise, while a dedicated City Curator will organise neighbourhood-focused activities such as boat trips on Klong Saen Saeb and walking tours around Asoke. Rates and opening offers vary across reports, with Hilton’s site showing rooms from the opening date and travel publications highlighting a launch package for early bookings.</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1">
        <w:r>
          <w:rPr>
            <w:color w:val="0000EE"/>
            <w:u w:val="single"/>
          </w:rPr>
          <w:t>[3]</w:t>
        </w:r>
      </w:hyperlink>
      <w:r>
        <w:t xml:space="preserve">- Paragraph 3: </w:t>
      </w:r>
      <w:hyperlink r:id="rId10">
        <w:r>
          <w:rPr>
            <w:color w:val="0000EE"/>
            <w:u w:val="single"/>
          </w:rPr>
          <w:t>[2]</w:t>
        </w:r>
      </w:hyperlink>
      <w:r>
        <w:t xml:space="preserve">, </w:t>
      </w:r>
      <w:hyperlink r:id="rId12">
        <w:r>
          <w:rPr>
            <w:color w:val="0000EE"/>
            <w:u w:val="single"/>
          </w:rPr>
          <w:t>[4]</w:t>
        </w:r>
      </w:hyperlink>
      <w:r>
        <w:t xml:space="preserve">- Paragraph 4: </w:t>
      </w:r>
      <w:hyperlink r:id="rId9">
        <w:r>
          <w:rPr>
            <w:color w:val="0000EE"/>
            <w:u w:val="single"/>
          </w:rPr>
          <w:t>[1]</w:t>
        </w:r>
      </w:hyperlink>
      <w:r>
        <w:t xml:space="preserve">, </w:t>
      </w:r>
      <w:hyperlink r:id="rId11">
        <w:r>
          <w:rPr>
            <w:color w:val="0000EE"/>
            <w:u w:val="single"/>
          </w:rPr>
          <w:t>[3]</w:t>
        </w:r>
      </w:hyperlink>
      <w:r>
        <w:t xml:space="preserve">- Paragraph 5: </w:t>
      </w:r>
      <w:hyperlink r:id="rId9">
        <w:r>
          <w:rPr>
            <w:color w:val="0000EE"/>
            <w:u w:val="single"/>
          </w:rPr>
          <w:t>[1]</w:t>
        </w:r>
      </w:hyperlink>
      <w:r>
        <w:t xml:space="preserve">, </w:t>
      </w:r>
      <w:hyperlink r:id="rId10">
        <w:r>
          <w:rPr>
            <w:color w:val="0000EE"/>
            <w:u w:val="single"/>
          </w:rPr>
          <w:t>[2]</w:t>
        </w:r>
      </w:hyperlink>
      <w:r>
        <w:t xml:space="preserve">, </w:t>
      </w:r>
      <w:hyperlink r:id="rId13">
        <w:r>
          <w:rPr>
            <w:color w:val="0000EE"/>
            <w:u w:val="single"/>
          </w:rPr>
          <w:t>[6]</w:t>
        </w:r>
      </w:hyperlink>
      <w:r/>
    </w:p>
    <w:p>
      <w:r/>
      <w:r>
        <w:t xml:space="preserve">Source: </w:t>
      </w:r>
      <w:hyperlink r:id="rId14">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https://traveltradejournal.com/hilton-debuts-canopy-hotels-in-southeast-asia-with-canopy-bangkok-sukhumvit/</w:t>
        </w:r>
      </w:hyperlink>
      <w:r>
        <w:t xml:space="preserve"> - Please view link - unable to able to access data</w:t>
      </w:r>
      <w:r/>
    </w:p>
    <w:p>
      <w:pPr>
        <w:pStyle w:val="ListNumber"/>
        <w:spacing w:line="240" w:lineRule="auto"/>
        <w:ind w:left="720"/>
      </w:pPr>
      <w:r/>
      <w:hyperlink r:id="rId10">
        <w:r>
          <w:rPr>
            <w:color w:val="0000EE"/>
            <w:u w:val="single"/>
          </w:rPr>
          <w:t>https://www.businesstraveller.com/news/canopy-by-hilton-bangkok-sukhumvit-opens-august-2026/</w:t>
        </w:r>
      </w:hyperlink>
      <w:r>
        <w:t xml:space="preserve"> - Hilton's Canopy by Hilton brand is set to debut in Southeast Asia with the opening of Canopy Bangkok Sukhumvit on 1 August 2026. Located on Sukhumvit Soi 12, the hotel is now accepting reservations. Designed by New York-based studio AvroKO, the property draws inspiration from Asoke's history as an early hub for Thailand's film industry. The hotel features two interconnected towers linked by a skybridge above a central courtyard, wrapped in a bronze façade. Guests will have access to 174 rooms and four dining venues. The location is approximately 600 meters from Asoke BTS Skytrain station and a five-minute walk from the BTS-MRT interchange, providing easy access to the city's dining, retail, nightlife, and business districts. Rates start from THB 4,298 (US$129) for a 32m² King Canopy Courtyard Room, rising to THB 6,931 (US$208) for the 47m² King Suk Jai Suite. To celebrate its debut, the hotel offers an 'Asoke Unlocked' package for the first 100 qualifying bookings, including 10,000 Hilton Honors Bonus Points, a THB 500 dining credit, and a limited-edition Canopy x LalaLove pouch. The package is available for stays from 1 August 2026 until 23 December 2026.</w:t>
      </w:r>
      <w:r/>
    </w:p>
    <w:p>
      <w:pPr>
        <w:pStyle w:val="ListNumber"/>
        <w:spacing w:line="240" w:lineRule="auto"/>
        <w:ind w:left="720"/>
      </w:pPr>
      <w:r/>
      <w:hyperlink r:id="rId11">
        <w:r>
          <w:rPr>
            <w:color w:val="0000EE"/>
            <w:u w:val="single"/>
          </w:rPr>
          <w:t>https://www.hilton.com/en/hotels/bkkthpy-canopy-bangkok-sukhumvit/?cid=OH%2CPY%2CPropBKKTHPY%2CMULTIPR%2CdynamicGrid%2CHome%2CBrand</w:t>
        </w:r>
      </w:hyperlink>
      <w:r>
        <w:t xml:space="preserve"> - Canopy by Hilton Bangkok Sukhumvit is a new hotel located at 98, 98/1 Soi Sukhumvit 12 Klong Toey, Klong Toey, Bangkok, 10110, Thailand. The hotel offers 174 rooms and four restaurants. It is situated within 600 meters of BTS Asoke and MRT Sukhumvit stations, providing easy access to Bangkok's shopping, dining, nightlife, and business districts. The hotel features a rooftop swimming pool, 24-hour fitness centre, and a central courtyard designed to reflect the neighbourhood's cultural layers. The property is now accepting reservations for stays from 1 August 2026 and beyond.</w:t>
      </w:r>
      <w:r/>
    </w:p>
    <w:p>
      <w:pPr>
        <w:pStyle w:val="ListNumber"/>
        <w:spacing w:line="240" w:lineRule="auto"/>
        <w:ind w:left="720"/>
      </w:pPr>
      <w:r/>
      <w:hyperlink r:id="rId12">
        <w:r>
          <w:rPr>
            <w:color w:val="0000EE"/>
            <w:u w:val="single"/>
          </w:rPr>
          <w:t>https://travelmole.com/news/canopy-debuts-south-east-asia</w:t>
        </w:r>
      </w:hyperlink>
      <w:r>
        <w:t xml:space="preserve"> - Canopy by Hilton is set to debut in Southeast Asia with the opening of Canopy Bangkok Sukhumvit on 1 August 2026. The hotel is located on Sukhumvit Soi 12, in Bangkok's Asoke neighbourhood, and is now accepting reservations. Designed by New York-based studio AvroKO, the property draws inspiration from Asoke's history as a hub for Thailand's early movie industry. The hotel features two interconnected towers linked by a skybridge above a central courtyard, wrapped in a bronze façade. Guests will have access to 174 rooms and four dining venues. The location is approximately 600 meters from Asoke BTS Skytrain station and a five-minute walk from the BTS-MRT interchange, providing easy access to the city's dining, retail, nightlife, and business districts. Rates start from THB 4,298 (US$129) for a 32m² King Canopy Courtyard Room, rising to THB 6,931 (US$208) for the 47m² King Suk Jai Suite. To celebrate its debut, the hotel offers an 'Asoke Unlocked' package for the first 100 qualifying bookings, including 10,000 Hilton Honors Bonus Points, a THB 500 dining credit, and a limited-edition Canopy x LalaLove pouch. The package is available for stays from 1 August 2026 until 23 December 2026.</w:t>
      </w:r>
      <w:r/>
    </w:p>
    <w:p>
      <w:pPr>
        <w:pStyle w:val="ListNumber"/>
        <w:spacing w:line="240" w:lineRule="auto"/>
        <w:ind w:left="720"/>
      </w:pPr>
      <w:r/>
      <w:hyperlink r:id="rId15">
        <w:r>
          <w:rPr>
            <w:color w:val="0000EE"/>
            <w:u w:val="single"/>
          </w:rPr>
          <w:t>https://www.travelweekly-asia.com/Travel-News/Hotel-News/Canopy-by-Hilton-makes-Southeast-Asia-debut</w:t>
        </w:r>
      </w:hyperlink>
      <w:r>
        <w:t xml:space="preserve"> - Canopy by Hilton is set to debut in Southeast Asia with the opening of Canopy Bangkok Sukhumvit on 1 August 2026. The hotel is located on Sukhumvit Soi 12, in Bangkok's Asoke neighbourhood, and is now accepting reservations. Designed by New York-based studio AvroKO, the property draws inspiration from Asoke's history as a hub for Thailand's early movie industry. The hotel features two interconnected towers linked by a skybridge above a central courtyard, wrapped in a bronze façade. Guests will have access to 174 rooms and four dining venues. The location is approximately 600 meters from Asoke BTS Skytrain station and a five-minute walk from the BTS-MRT interchange, providing easy access to the city's dining, retail, nightlife, and business districts. Rates start from THB 4,298 (US$129) for a 32m² King Canopy Courtyard Room, rising to THB 6,931 (US$208) for the 47m² King Suk Jai Suite. To celebrate its debut, the hotel offers an 'Asoke Unlocked' package for the first 100 qualifying bookings, including 10,000 Hilton Honors Bonus Points, a THB 500 dining credit, and a limited-edition Canopy x LalaLove pouch. The package is available for stays from 1 August 2026 until 23 December 2026.</w:t>
      </w:r>
      <w:r/>
    </w:p>
    <w:p>
      <w:pPr>
        <w:pStyle w:val="ListNumber"/>
        <w:spacing w:line="240" w:lineRule="auto"/>
        <w:ind w:left="720"/>
      </w:pPr>
      <w:r/>
      <w:hyperlink r:id="rId13">
        <w:r>
          <w:rPr>
            <w:color w:val="0000EE"/>
            <w:u w:val="single"/>
          </w:rPr>
          <w:t>https://www.ttrweekly.com/site/2026/07/be-first-through-the-canopy-door/</w:t>
        </w:r>
      </w:hyperlink>
      <w:r>
        <w:t xml:space="preserve"> - Canopy by Hilton Bangkok Sukhumvit is now accepting reservations ahead of opening its doors on 1 August 2026, marking the brand's debut in Southeast Asia. Located on Sukhumvit Soi 12, the hotel will introduce a locally inspired Asoke experience in one of Bangkok's most connected neighbourhoods. Designed by New York-based studio AvroKO, the property draws inspiration from Asoke's history as home to Thailand's early movie industry. The hotel features two interconnected towers linked by a skybridge above a central courtyard, wrapped in a striking bronze façade. Guests will have access to 174 rooms and four dining venues. The location is approximately 600 meters from Asoke BTS Skytrain station and a five-minute walk from the BTS-MRT interchange, providing easy access to the city's dining, retail, nightlife, and business districts. Rates start at around THB 4,400, according to a Trip.com search for an August stay. However, a check of the Hilton booking site indicates that the flexible rate for a King Canopy Courtyard Room during the opening month of August is THB 5,902.66 (room-only rate, including all fees and taxes).</w:t>
      </w:r>
      <w:r/>
    </w:p>
    <w:p>
      <w:pPr>
        <w:pStyle w:val="ListNumber"/>
        <w:spacing w:line="240" w:lineRule="auto"/>
        <w:ind w:left="720"/>
      </w:pPr>
      <w:r/>
      <w:hyperlink r:id="rId16">
        <w:r>
          <w:rPr>
            <w:color w:val="0000EE"/>
            <w:u w:val="single"/>
          </w:rPr>
          <w:t>https://www.4hoteliers.com/news/story/26375</w:t>
        </w:r>
      </w:hyperlink>
      <w:r>
        <w:t xml:space="preserve"> - Canopy by Hilton is set to debut in Southeast Asia with the opening of Canopy Bangkok Sukhumvit on 1 August 2026.</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raveltradejournal.com/hilton-debuts-canopy-hotels-in-southeast-asia-with-canopy-bangkok-sukhumvit/" TargetMode="External"/><Relationship Id="rId10" Type="http://schemas.openxmlformats.org/officeDocument/2006/relationships/hyperlink" Target="https://www.businesstraveller.com/news/canopy-by-hilton-bangkok-sukhumvit-opens-august-2026/" TargetMode="External"/><Relationship Id="rId11" Type="http://schemas.openxmlformats.org/officeDocument/2006/relationships/hyperlink" Target="https://www.hilton.com/en/hotels/bkkthpy-canopy-bangkok-sukhumvit/?cid=OH%2CPY%2CPropBKKTHPY%2CMULTIPR%2CdynamicGrid%2CHome%2CBrand" TargetMode="External"/><Relationship Id="rId12" Type="http://schemas.openxmlformats.org/officeDocument/2006/relationships/hyperlink" Target="https://travelmole.com/news/canopy-debuts-south-east-asia" TargetMode="External"/><Relationship Id="rId13" Type="http://schemas.openxmlformats.org/officeDocument/2006/relationships/hyperlink" Target="https://www.ttrweekly.com/site/2026/07/be-first-through-the-canopy-door/" TargetMode="External"/><Relationship Id="rId14" Type="http://schemas.openxmlformats.org/officeDocument/2006/relationships/hyperlink" Target="https://www.noahwire.com" TargetMode="External"/><Relationship Id="rId15" Type="http://schemas.openxmlformats.org/officeDocument/2006/relationships/hyperlink" Target="https://www.travelweekly-asia.com/Travel-News/Hotel-News/Canopy-by-Hilton-makes-Southeast-Asia-debut" TargetMode="External"/><Relationship Id="rId16" Type="http://schemas.openxmlformats.org/officeDocument/2006/relationships/hyperlink" Target="https://www.4hoteliers.com/news/story/2637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