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Centara Reserve Krabi to offer secluded luxury with forested setting and limestone views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Centara Reserve Krabi is set to open in December 2026 on Pai Plong Bay, a sheltered stretch of sand reached by boat rather than road. The resort is being positioned as a quieter, more secluded alternative to Thailand’s busier beach destinations, with the appeal of a private cove, limestone scenery and calm waters that suit travellers looking for a more laid-back luxury break. According to Centara’s announcement, the property is a reworked version of the former Centara Grand Beach Resort &amp; Villas Krabi.</w:t>
      </w:r>
      <w:r/>
    </w:p>
    <w:p>
      <w:r/>
      <w:r>
        <w:t>The resort will offer suites and pool villas, alongside lagoon pools, a spa and three restaurants and bars. Centara’s own resort pages say accommodation includes large premium rooms with private plunge pools and terraces, suggesting the property will lean towards space and privacy rather than a standard beach-hotel format. For guests, that makes it especially attractive for couples, families wanting room to spread out, or anyone planning a longer stay by the sea.</w:t>
      </w:r>
      <w:r/>
    </w:p>
    <w:p>
      <w:r/>
      <w:r>
        <w:t>This will be the second Centara Reserve property in Thailand after Centara Reserve Samui, which opened in 2021. Centara has said the Krabi launch is part of a wider push to grow its luxury offering, and the company argues that Krabi is becoming one of the country’s most promising high-end destinations. That fits with the area’s long-standing appeal: turquoise water, white sand and dramatic limestone cliffs have made Krabi one of Thailand’s best-known coastal escapes.</w:t>
      </w:r>
      <w:r/>
    </w:p>
    <w:p>
      <w:r/>
      <w:r>
        <w:t>For travellers, the main draw is not just the brand refresh but the setting itself. Pai Plong Bay offers a more secluded experience than many of Thailand’s better-known resort beaches, while still giving access to Krabi’s celebrated seascapes, including nearby Maya Bay. If Centara delivers on its promise of refined design and a strong sense of place, the new resort could become one of the more interesting luxury stays in southern Thailand.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[3]</w:t>
        </w:r>
      </w:hyperlink>
      <w:r>
        <w:t xml:space="preserve">, </w:t>
      </w:r>
      <w:hyperlink r:id="rId15">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https://www.asiafamilytraveller.com/post/centara-reserve-krabi-to-open-this-year</w:t>
        </w:r>
      </w:hyperlink>
      <w:r>
        <w:t xml:space="preserve"> - Please view link - unable to able to access data</w:t>
      </w:r>
      <w:r/>
    </w:p>
    <w:p>
      <w:pPr>
        <w:pStyle w:val="ListNumber"/>
        <w:spacing w:line="240" w:lineRule="auto"/>
        <w:ind w:left="720"/>
      </w:pPr>
      <w:r/>
      <w:hyperlink r:id="rId10">
        <w:r>
          <w:rPr>
            <w:color w:val="0000EE"/>
            <w:u w:val="single"/>
          </w:rPr>
          <w:t>https://prod.centarahotelsresorts.com/centara-spotlight/centara-accelerates-luxury-growth-with-the-launch-of-its-second-centara-reserve</w:t>
        </w:r>
      </w:hyperlink>
      <w:r>
        <w:t xml:space="preserve"> - Centara Hotels &amp; Resorts has announced the launch of Centara Reserve Krabi, the second property under its luxury Reserve brand, scheduled to open in December 2026. This development follows a multi-billion-baht investment and aims to strengthen Thailand's position in the luxury hospitality sector, supporting Krabi's emergence as a premier destination for affluent travellers seeking authentic, immersive experiences.</w:t>
      </w:r>
      <w:r/>
    </w:p>
    <w:p>
      <w:pPr>
        <w:pStyle w:val="ListNumber"/>
        <w:spacing w:line="240" w:lineRule="auto"/>
        <w:ind w:left="720"/>
      </w:pPr>
      <w:r/>
      <w:hyperlink r:id="rId11">
        <w:r>
          <w:rPr>
            <w:color w:val="0000EE"/>
            <w:u w:val="single"/>
          </w:rPr>
          <w:t>https://www.centarahotelsresorts.com/centaragrand/CKBR</w:t>
        </w:r>
      </w:hyperlink>
      <w:r>
        <w:t xml:space="preserve"> - Centara Reserve Krabi is a reimagined version of the former Centara Grand Beach Resort &amp; Villas, introducing refined luxury to one of Thailand's most dramatic coastal settings. The resort offers a curated approach to space, experience, and guest connection, thoughtfully tailored to Krabi's coastal landscape, blending contemporary elegance with natural beauty.</w:t>
      </w:r>
      <w:r/>
    </w:p>
    <w:p>
      <w:pPr>
        <w:pStyle w:val="ListNumber"/>
        <w:spacing w:line="240" w:lineRule="auto"/>
        <w:ind w:left="720"/>
      </w:pPr>
      <w:r/>
      <w:hyperlink r:id="rId12">
        <w:r>
          <w:rPr>
            <w:color w:val="0000EE"/>
            <w:u w:val="single"/>
          </w:rPr>
          <w:t>https://www.centarahotelsresorts.com/centaragrand/ckbr/premium-deluxe-spa-ocean-view</w:t>
        </w:r>
      </w:hyperlink>
      <w:r>
        <w:t xml:space="preserve"> - Centara Reserve Krabi offers a range of luxurious accommodations, including the Premium Deluxe Spa Ocean View rooms. These 150–153 sqm suites provide generous living space, private plunge pools, expansive terraces, and lush garden surroundings, designed for discerning travellers seeking refined indulgence and privacy.</w:t>
      </w:r>
      <w:r/>
    </w:p>
    <w:p>
      <w:pPr>
        <w:pStyle w:val="ListNumber"/>
        <w:spacing w:line="240" w:lineRule="auto"/>
        <w:ind w:left="720"/>
      </w:pPr>
      <w:r/>
      <w:hyperlink r:id="rId13">
        <w:r>
          <w:rPr>
            <w:color w:val="0000EE"/>
            <w:u w:val="single"/>
          </w:rPr>
          <w:t>https://www.centarahotelsresorts.com/centaragrand/fr/ckbr/coast-beach-club-bistro</w:t>
        </w:r>
      </w:hyperlink>
      <w:r>
        <w:t xml:space="preserve"> - The resort features various dining options, including the Coast Beach Club &amp; Bistro, offering global cuisine in an inviting all-day setting. Guests can enjoy a diverse culinary experience while taking in the serene beachfront views of Pai Plong Bay.</w:t>
      </w:r>
      <w:r/>
    </w:p>
    <w:p>
      <w:pPr>
        <w:pStyle w:val="ListNumber"/>
        <w:spacing w:line="240" w:lineRule="auto"/>
        <w:ind w:left="720"/>
      </w:pPr>
      <w:r/>
      <w:hyperlink r:id="rId15">
        <w:r>
          <w:rPr>
            <w:color w:val="0000EE"/>
            <w:u w:val="single"/>
          </w:rPr>
          <w:t>https://prod.centarahotelsresorts.com/centarareserve/crk</w:t>
        </w:r>
      </w:hyperlink>
      <w:r>
        <w:t xml:space="preserve"> - Centara Reserve Krabi is a refined reimagining of the former Centara Grand Beach Resort &amp; Villas, introducing the elevated luxury of the Centara Reserve portfolio to one of Thailand's most striking coastal destinations. Thoughtfully redesigned, the resort blends contemporary elegance with its natural surroundings, offering a unique luxury experience.</w:t>
      </w:r>
      <w:r/>
    </w:p>
    <w:p>
      <w:pPr>
        <w:pStyle w:val="ListNumber"/>
        <w:spacing w:line="240" w:lineRule="auto"/>
        <w:ind w:left="720"/>
      </w:pPr>
      <w:r/>
      <w:hyperlink r:id="rId14">
        <w:r>
          <w:rPr>
            <w:color w:val="0000EE"/>
            <w:u w:val="single"/>
          </w:rPr>
          <w:t>https://b2b.centarahotelsresorts.com/hotel/centara-grand-beach-resort-villas-krabi</w:t>
        </w:r>
      </w:hyperlink>
      <w:r>
        <w:t xml:space="preserve"> - Centara Reserve Krabi is a refined reimagining of the former Centara Grand Beach Resort &amp; Villas, introducing the elevated luxury of the Centara Reserve portfolio to one of Thailand's most striking coastal destinations. The resort offers 120 suites and villas, enjoying its own private bay, providing guests with an exclusive and serene environment.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siafamilytraveller.com/post/centara-reserve-krabi-to-open-this-year" TargetMode="External"/><Relationship Id="rId10" Type="http://schemas.openxmlformats.org/officeDocument/2006/relationships/hyperlink" Target="https://prod.centarahotelsresorts.com/centara-spotlight/centara-accelerates-luxury-growth-with-the-launch-of-its-second-centara-reserve" TargetMode="External"/><Relationship Id="rId11" Type="http://schemas.openxmlformats.org/officeDocument/2006/relationships/hyperlink" Target="https://www.centarahotelsresorts.com/centaragrand/CKBR" TargetMode="External"/><Relationship Id="rId12" Type="http://schemas.openxmlformats.org/officeDocument/2006/relationships/hyperlink" Target="https://www.centarahotelsresorts.com/centaragrand/ckbr/premium-deluxe-spa-ocean-view" TargetMode="External"/><Relationship Id="rId13" Type="http://schemas.openxmlformats.org/officeDocument/2006/relationships/hyperlink" Target="https://www.centarahotelsresorts.com/centaragrand/fr/ckbr/coast-beach-club-bistro" TargetMode="External"/><Relationship Id="rId14" Type="http://schemas.openxmlformats.org/officeDocument/2006/relationships/hyperlink" Target="https://b2b.centarahotelsresorts.com/hotel/centara-grand-beach-resort-villas-krabi" TargetMode="External"/><Relationship Id="rId15" Type="http://schemas.openxmlformats.org/officeDocument/2006/relationships/hyperlink" Target="https://prod.centarahotelsresorts.com/centarareserve/crk"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